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77200E" w14:textId="77777777" w:rsidR="00C95855" w:rsidRDefault="00DC1078">
      <w:pPr>
        <w:pStyle w:val="a8"/>
        <w:jc w:val="center"/>
      </w:pPr>
      <w:r>
        <w:t>근</w:t>
      </w:r>
      <w:r>
        <w:t xml:space="preserve"> </w:t>
      </w:r>
      <w:r>
        <w:t>로</w:t>
      </w:r>
      <w:r>
        <w:t xml:space="preserve"> </w:t>
      </w:r>
      <w:r>
        <w:t>계</w:t>
      </w:r>
      <w:r>
        <w:t xml:space="preserve"> </w:t>
      </w:r>
      <w:r>
        <w:t>약</w:t>
      </w:r>
      <w:r>
        <w:t xml:space="preserve"> </w:t>
      </w:r>
      <w:r>
        <w:t>서</w:t>
      </w:r>
    </w:p>
    <w:p w14:paraId="45157900" w14:textId="77777777" w:rsidR="00C95855" w:rsidRDefault="00DC1078">
      <w:pPr>
        <w:jc w:val="center"/>
      </w:pPr>
      <w:r>
        <w:rPr>
          <w:color w:val="5A5A5A"/>
          <w:sz w:val="20"/>
        </w:rPr>
        <w:t>표준형</w:t>
      </w:r>
      <w:r>
        <w:rPr>
          <w:color w:val="5A5A5A"/>
          <w:sz w:val="20"/>
        </w:rPr>
        <w:t xml:space="preserve"> · </w:t>
      </w:r>
      <w:r>
        <w:rPr>
          <w:color w:val="5A5A5A"/>
          <w:sz w:val="20"/>
        </w:rPr>
        <w:t>한글</w:t>
      </w:r>
      <w:r>
        <w:rPr>
          <w:color w:val="5A5A5A"/>
          <w:sz w:val="20"/>
        </w:rPr>
        <w:t xml:space="preserve">(HWP) </w:t>
      </w:r>
      <w:r>
        <w:rPr>
          <w:color w:val="5A5A5A"/>
          <w:sz w:val="20"/>
        </w:rPr>
        <w:t>호환</w:t>
      </w:r>
      <w:r>
        <w:rPr>
          <w:color w:val="5A5A5A"/>
          <w:sz w:val="20"/>
        </w:rPr>
        <w:t xml:space="preserve"> </w:t>
      </w:r>
      <w:r>
        <w:rPr>
          <w:color w:val="5A5A5A"/>
          <w:sz w:val="20"/>
        </w:rPr>
        <w:t>편집용</w:t>
      </w:r>
    </w:p>
    <w:p w14:paraId="63CFCC84" w14:textId="77777777" w:rsidR="00C95855" w:rsidRDefault="00DC1078">
      <w:pPr>
        <w:jc w:val="center"/>
      </w:pPr>
      <w:r>
        <w:t>사용자와</w:t>
      </w:r>
      <w:r>
        <w:t xml:space="preserve"> </w:t>
      </w:r>
      <w:r>
        <w:t>근로자는</w:t>
      </w:r>
      <w:r>
        <w:t xml:space="preserve"> </w:t>
      </w:r>
      <w:r>
        <w:t>아래</w:t>
      </w:r>
      <w:r>
        <w:t xml:space="preserve"> </w:t>
      </w:r>
      <w:r>
        <w:t>근로조건을</w:t>
      </w:r>
      <w:r>
        <w:t xml:space="preserve"> </w:t>
      </w:r>
      <w:r>
        <w:t>확인하고</w:t>
      </w:r>
      <w:r>
        <w:t xml:space="preserve"> </w:t>
      </w:r>
      <w:r>
        <w:t>성실히</w:t>
      </w:r>
      <w:r>
        <w:t xml:space="preserve"> </w:t>
      </w:r>
      <w:r>
        <w:t>이행하기로</w:t>
      </w:r>
      <w:r>
        <w:t xml:space="preserve"> </w:t>
      </w:r>
      <w:r>
        <w:t>합의합니다</w:t>
      </w:r>
      <w:r>
        <w:t>.</w:t>
      </w:r>
    </w:p>
    <w:p w14:paraId="35E5C3CA" w14:textId="77777777" w:rsidR="00C95855" w:rsidRDefault="00DC1078">
      <w:pPr>
        <w:pStyle w:val="1"/>
      </w:pPr>
      <w:r>
        <w:t xml:space="preserve">1. </w:t>
      </w:r>
      <w:r>
        <w:t>계약</w:t>
      </w:r>
      <w:r>
        <w:t xml:space="preserve"> </w:t>
      </w:r>
      <w:r>
        <w:t>당사자</w:t>
      </w:r>
    </w:p>
    <w:tbl>
      <w:tblPr>
        <w:tblStyle w:val="af9"/>
        <w:tblW w:w="0" w:type="auto"/>
        <w:jc w:val="center"/>
        <w:tblLook w:val="04A0" w:firstRow="1" w:lastRow="0" w:firstColumn="1" w:lastColumn="0" w:noHBand="0" w:noVBand="1"/>
      </w:tblPr>
      <w:tblGrid>
        <w:gridCol w:w="1587"/>
        <w:gridCol w:w="3621"/>
        <w:gridCol w:w="1587"/>
        <w:gridCol w:w="3621"/>
      </w:tblGrid>
      <w:tr w:rsidR="00C95855" w14:paraId="255CA675" w14:textId="77777777">
        <w:trPr>
          <w:jc w:val="center"/>
        </w:trPr>
        <w:tc>
          <w:tcPr>
            <w:tcW w:w="1587" w:type="dxa"/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94DC12" w14:textId="77777777" w:rsidR="00C95855" w:rsidRDefault="00DC1078">
            <w:r>
              <w:rPr>
                <w:b/>
                <w:sz w:val="18"/>
              </w:rPr>
              <w:t>사용자</w:t>
            </w:r>
            <w:r>
              <w:rPr>
                <w:b/>
                <w:sz w:val="18"/>
              </w:rPr>
              <w:t>(</w:t>
            </w:r>
            <w:r>
              <w:rPr>
                <w:b/>
                <w:sz w:val="18"/>
              </w:rPr>
              <w:t>사업주</w:t>
            </w:r>
            <w:r>
              <w:rPr>
                <w:b/>
                <w:sz w:val="18"/>
              </w:rPr>
              <w:t>)</w:t>
            </w:r>
          </w:p>
        </w:tc>
        <w:tc>
          <w:tcPr>
            <w:tcW w:w="36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CB8783" w14:textId="77777777" w:rsidR="00C95855" w:rsidRDefault="00C95855"/>
        </w:tc>
        <w:tc>
          <w:tcPr>
            <w:tcW w:w="1587" w:type="dxa"/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A1A98C9" w14:textId="77777777" w:rsidR="00C95855" w:rsidRDefault="00DC1078">
            <w:r>
              <w:rPr>
                <w:b/>
                <w:sz w:val="18"/>
              </w:rPr>
              <w:t>사업자등록번호</w:t>
            </w:r>
          </w:p>
        </w:tc>
        <w:tc>
          <w:tcPr>
            <w:tcW w:w="36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643BF3" w14:textId="77777777" w:rsidR="00C95855" w:rsidRDefault="00C95855"/>
        </w:tc>
      </w:tr>
      <w:tr w:rsidR="00C95855" w14:paraId="1899A498" w14:textId="77777777">
        <w:trPr>
          <w:jc w:val="center"/>
        </w:trPr>
        <w:tc>
          <w:tcPr>
            <w:tcW w:w="1587" w:type="dxa"/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6A8D6D" w14:textId="77777777" w:rsidR="00C95855" w:rsidRDefault="00DC1078">
            <w:r>
              <w:rPr>
                <w:b/>
                <w:sz w:val="18"/>
              </w:rPr>
              <w:t>사업장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명칭</w:t>
            </w:r>
          </w:p>
        </w:tc>
        <w:tc>
          <w:tcPr>
            <w:tcW w:w="36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C06DE9" w14:textId="77777777" w:rsidR="00C95855" w:rsidRDefault="00C95855"/>
        </w:tc>
        <w:tc>
          <w:tcPr>
            <w:tcW w:w="1587" w:type="dxa"/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94538EB" w14:textId="77777777" w:rsidR="00C95855" w:rsidRDefault="00DC1078">
            <w:r>
              <w:rPr>
                <w:b/>
                <w:sz w:val="18"/>
              </w:rPr>
              <w:t>대표자</w:t>
            </w:r>
          </w:p>
        </w:tc>
        <w:tc>
          <w:tcPr>
            <w:tcW w:w="36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A56ED4" w14:textId="77777777" w:rsidR="00C95855" w:rsidRDefault="00C95855"/>
        </w:tc>
      </w:tr>
      <w:tr w:rsidR="00C95855" w14:paraId="18987A2E" w14:textId="77777777">
        <w:trPr>
          <w:jc w:val="center"/>
        </w:trPr>
        <w:tc>
          <w:tcPr>
            <w:tcW w:w="1587" w:type="dxa"/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94C0C12" w14:textId="77777777" w:rsidR="00C95855" w:rsidRDefault="00DC1078">
            <w:r>
              <w:rPr>
                <w:b/>
                <w:sz w:val="18"/>
              </w:rPr>
              <w:t>사업장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주소</w:t>
            </w:r>
          </w:p>
        </w:tc>
        <w:tc>
          <w:tcPr>
            <w:tcW w:w="36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77F8DC" w14:textId="77777777" w:rsidR="00C95855" w:rsidRDefault="00C95855"/>
        </w:tc>
        <w:tc>
          <w:tcPr>
            <w:tcW w:w="1587" w:type="dxa"/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930675" w14:textId="77777777" w:rsidR="00C95855" w:rsidRDefault="00DC1078">
            <w:r>
              <w:rPr>
                <w:b/>
                <w:sz w:val="18"/>
              </w:rPr>
              <w:t>연락처</w:t>
            </w:r>
          </w:p>
        </w:tc>
        <w:tc>
          <w:tcPr>
            <w:tcW w:w="36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16B9DFC" w14:textId="77777777" w:rsidR="00C95855" w:rsidRDefault="00C95855"/>
        </w:tc>
      </w:tr>
      <w:tr w:rsidR="00C95855" w14:paraId="55BB270C" w14:textId="77777777">
        <w:trPr>
          <w:jc w:val="center"/>
        </w:trPr>
        <w:tc>
          <w:tcPr>
            <w:tcW w:w="1587" w:type="dxa"/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9401F1" w14:textId="77777777" w:rsidR="00C95855" w:rsidRDefault="00DC1078">
            <w:r>
              <w:rPr>
                <w:b/>
                <w:sz w:val="18"/>
              </w:rPr>
              <w:t>근로자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성명</w:t>
            </w:r>
          </w:p>
        </w:tc>
        <w:tc>
          <w:tcPr>
            <w:tcW w:w="36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51B479D" w14:textId="77777777" w:rsidR="00C95855" w:rsidRDefault="00C95855"/>
        </w:tc>
        <w:tc>
          <w:tcPr>
            <w:tcW w:w="1587" w:type="dxa"/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97380D" w14:textId="77777777" w:rsidR="00C95855" w:rsidRDefault="00DC1078">
            <w:r>
              <w:rPr>
                <w:b/>
                <w:sz w:val="18"/>
              </w:rPr>
              <w:t>생년월일</w:t>
            </w:r>
          </w:p>
        </w:tc>
        <w:tc>
          <w:tcPr>
            <w:tcW w:w="36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E4E1CFF" w14:textId="77777777" w:rsidR="00C95855" w:rsidRDefault="00C95855"/>
        </w:tc>
      </w:tr>
      <w:tr w:rsidR="00C95855" w14:paraId="6EC9CAB5" w14:textId="77777777">
        <w:trPr>
          <w:jc w:val="center"/>
        </w:trPr>
        <w:tc>
          <w:tcPr>
            <w:tcW w:w="1587" w:type="dxa"/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7D5CAFC" w14:textId="77777777" w:rsidR="00C95855" w:rsidRDefault="00DC1078">
            <w:r>
              <w:rPr>
                <w:b/>
                <w:sz w:val="18"/>
              </w:rPr>
              <w:t>근로자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주소</w:t>
            </w:r>
          </w:p>
        </w:tc>
        <w:tc>
          <w:tcPr>
            <w:tcW w:w="36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FD8CDEF" w14:textId="77777777" w:rsidR="00C95855" w:rsidRDefault="00C95855"/>
        </w:tc>
        <w:tc>
          <w:tcPr>
            <w:tcW w:w="1587" w:type="dxa"/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611FFE" w14:textId="77777777" w:rsidR="00C95855" w:rsidRDefault="00DC1078">
            <w:r>
              <w:rPr>
                <w:b/>
                <w:sz w:val="18"/>
              </w:rPr>
              <w:t>연락처</w:t>
            </w:r>
          </w:p>
        </w:tc>
        <w:tc>
          <w:tcPr>
            <w:tcW w:w="36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1528C4" w14:textId="77777777" w:rsidR="00C95855" w:rsidRDefault="00C95855"/>
        </w:tc>
      </w:tr>
    </w:tbl>
    <w:p w14:paraId="4E7263FC" w14:textId="77777777" w:rsidR="00C95855" w:rsidRDefault="00C95855">
      <w:pPr>
        <w:spacing w:after="20"/>
      </w:pPr>
    </w:p>
    <w:p w14:paraId="1572997C" w14:textId="77777777" w:rsidR="00C95855" w:rsidRDefault="00DC1078">
      <w:pPr>
        <w:pStyle w:val="1"/>
      </w:pPr>
      <w:r>
        <w:t xml:space="preserve">2. </w:t>
      </w:r>
      <w:r>
        <w:t>근로계약</w:t>
      </w:r>
      <w:r>
        <w:t xml:space="preserve"> </w:t>
      </w:r>
      <w:r>
        <w:t>기간</w:t>
      </w:r>
      <w:r>
        <w:t xml:space="preserve"> </w:t>
      </w:r>
      <w:r>
        <w:t>및</w:t>
      </w:r>
      <w:r>
        <w:t xml:space="preserve"> </w:t>
      </w:r>
      <w:r>
        <w:t>업무</w:t>
      </w:r>
    </w:p>
    <w:tbl>
      <w:tblPr>
        <w:tblStyle w:val="af9"/>
        <w:tblW w:w="0" w:type="auto"/>
        <w:jc w:val="center"/>
        <w:tblLook w:val="04A0" w:firstRow="1" w:lastRow="0" w:firstColumn="1" w:lastColumn="0" w:noHBand="0" w:noVBand="1"/>
      </w:tblPr>
      <w:tblGrid>
        <w:gridCol w:w="1585"/>
        <w:gridCol w:w="3622"/>
        <w:gridCol w:w="1586"/>
        <w:gridCol w:w="3623"/>
      </w:tblGrid>
      <w:tr w:rsidR="00C95855" w14:paraId="16DBCE4C" w14:textId="77777777">
        <w:trPr>
          <w:jc w:val="center"/>
        </w:trPr>
        <w:tc>
          <w:tcPr>
            <w:tcW w:w="1587" w:type="dxa"/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76E2D7" w14:textId="77777777" w:rsidR="00C95855" w:rsidRDefault="00DC1078">
            <w:r>
              <w:rPr>
                <w:b/>
                <w:sz w:val="18"/>
              </w:rPr>
              <w:t>계약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형태</w:t>
            </w:r>
          </w:p>
        </w:tc>
        <w:tc>
          <w:tcPr>
            <w:tcW w:w="36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E9462C" w14:textId="77777777" w:rsidR="00C95855" w:rsidRDefault="00DC1078">
            <w:r>
              <w:rPr>
                <w:sz w:val="18"/>
              </w:rPr>
              <w:t xml:space="preserve">□ </w:t>
            </w:r>
            <w:r>
              <w:rPr>
                <w:sz w:val="18"/>
              </w:rPr>
              <w:t>기간의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정함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없음</w:t>
            </w:r>
            <w:r>
              <w:rPr>
                <w:sz w:val="18"/>
              </w:rPr>
              <w:t xml:space="preserve">   □ </w:t>
            </w:r>
            <w:r>
              <w:rPr>
                <w:sz w:val="18"/>
              </w:rPr>
              <w:t>기간제</w:t>
            </w:r>
            <w:r>
              <w:rPr>
                <w:sz w:val="18"/>
              </w:rPr>
              <w:t xml:space="preserve">   □ </w:t>
            </w:r>
            <w:r>
              <w:rPr>
                <w:sz w:val="18"/>
              </w:rPr>
              <w:t>단시간</w:t>
            </w:r>
          </w:p>
        </w:tc>
        <w:tc>
          <w:tcPr>
            <w:tcW w:w="1587" w:type="dxa"/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35C753" w14:textId="77777777" w:rsidR="00C95855" w:rsidRDefault="00DC1078">
            <w:r>
              <w:rPr>
                <w:b/>
                <w:sz w:val="18"/>
              </w:rPr>
              <w:t>수습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여부</w:t>
            </w:r>
          </w:p>
        </w:tc>
        <w:tc>
          <w:tcPr>
            <w:tcW w:w="36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2C7D9E" w14:textId="77777777" w:rsidR="00C95855" w:rsidRDefault="00DC1078">
            <w:r>
              <w:rPr>
                <w:sz w:val="18"/>
              </w:rPr>
              <w:t xml:space="preserve">□ </w:t>
            </w:r>
            <w:r>
              <w:rPr>
                <w:sz w:val="18"/>
              </w:rPr>
              <w:t>없음</w:t>
            </w:r>
            <w:r>
              <w:rPr>
                <w:sz w:val="18"/>
              </w:rPr>
              <w:t xml:space="preserve">   □ </w:t>
            </w:r>
            <w:r>
              <w:rPr>
                <w:sz w:val="18"/>
              </w:rPr>
              <w:t>있음</w:t>
            </w:r>
            <w:r>
              <w:rPr>
                <w:sz w:val="18"/>
              </w:rPr>
              <w:t xml:space="preserve"> (      </w:t>
            </w:r>
            <w:r>
              <w:rPr>
                <w:sz w:val="18"/>
              </w:rPr>
              <w:t>개월</w:t>
            </w:r>
            <w:r>
              <w:rPr>
                <w:sz w:val="18"/>
              </w:rPr>
              <w:t>)</w:t>
            </w:r>
          </w:p>
        </w:tc>
      </w:tr>
      <w:tr w:rsidR="00C95855" w14:paraId="34EAA4BB" w14:textId="77777777">
        <w:trPr>
          <w:jc w:val="center"/>
        </w:trPr>
        <w:tc>
          <w:tcPr>
            <w:tcW w:w="1587" w:type="dxa"/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86006C" w14:textId="77777777" w:rsidR="00C95855" w:rsidRDefault="00DC1078">
            <w:r>
              <w:rPr>
                <w:b/>
                <w:sz w:val="18"/>
              </w:rPr>
              <w:t>근로계약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기간</w:t>
            </w:r>
          </w:p>
        </w:tc>
        <w:tc>
          <w:tcPr>
            <w:tcW w:w="36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CAD54C" w14:textId="77777777" w:rsidR="00C95855" w:rsidRDefault="00DC1078">
            <w:r>
              <w:rPr>
                <w:sz w:val="18"/>
              </w:rPr>
              <w:t xml:space="preserve">20    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년</w:t>
            </w:r>
            <w:r>
              <w:rPr>
                <w:sz w:val="18"/>
              </w:rPr>
              <w:t xml:space="preserve">     </w:t>
            </w:r>
            <w:r>
              <w:rPr>
                <w:sz w:val="18"/>
              </w:rPr>
              <w:t>월</w:t>
            </w:r>
            <w:r>
              <w:rPr>
                <w:sz w:val="18"/>
              </w:rPr>
              <w:t xml:space="preserve">     </w:t>
            </w:r>
            <w:r>
              <w:rPr>
                <w:sz w:val="18"/>
              </w:rPr>
              <w:t>일부터</w:t>
            </w:r>
          </w:p>
        </w:tc>
        <w:tc>
          <w:tcPr>
            <w:tcW w:w="1587" w:type="dxa"/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465A8F1" w14:textId="77777777" w:rsidR="00C95855" w:rsidRDefault="00DC1078">
            <w:r>
              <w:rPr>
                <w:b/>
                <w:sz w:val="18"/>
              </w:rPr>
              <w:t>종료일</w:t>
            </w:r>
          </w:p>
        </w:tc>
        <w:tc>
          <w:tcPr>
            <w:tcW w:w="36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0EE16B" w14:textId="77777777" w:rsidR="00C95855" w:rsidRDefault="00DC1078">
            <w:r>
              <w:rPr>
                <w:sz w:val="18"/>
              </w:rPr>
              <w:t xml:space="preserve">20     </w:t>
            </w:r>
            <w:r>
              <w:rPr>
                <w:sz w:val="18"/>
              </w:rPr>
              <w:t>년</w:t>
            </w:r>
            <w:r>
              <w:rPr>
                <w:sz w:val="18"/>
              </w:rPr>
              <w:t xml:space="preserve">     </w:t>
            </w:r>
            <w:r>
              <w:rPr>
                <w:sz w:val="18"/>
              </w:rPr>
              <w:t>월</w:t>
            </w:r>
            <w:r>
              <w:rPr>
                <w:sz w:val="18"/>
              </w:rPr>
              <w:t xml:space="preserve">     </w:t>
            </w:r>
            <w:r>
              <w:rPr>
                <w:sz w:val="18"/>
              </w:rPr>
              <w:t>일까지</w:t>
            </w:r>
            <w:r>
              <w:rPr>
                <w:sz w:val="18"/>
              </w:rPr>
              <w:t xml:space="preserve"> / </w:t>
            </w:r>
            <w:r>
              <w:rPr>
                <w:sz w:val="18"/>
              </w:rPr>
              <w:t>해당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없음</w:t>
            </w:r>
          </w:p>
        </w:tc>
      </w:tr>
      <w:tr w:rsidR="00C95855" w14:paraId="6B94A9F7" w14:textId="77777777">
        <w:trPr>
          <w:jc w:val="center"/>
        </w:trPr>
        <w:tc>
          <w:tcPr>
            <w:tcW w:w="1587" w:type="dxa"/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BE7247" w14:textId="77777777" w:rsidR="00C95855" w:rsidRDefault="00DC1078">
            <w:r>
              <w:rPr>
                <w:b/>
                <w:sz w:val="18"/>
              </w:rPr>
              <w:t>근무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장소</w:t>
            </w:r>
          </w:p>
        </w:tc>
        <w:tc>
          <w:tcPr>
            <w:tcW w:w="36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32C731" w14:textId="77777777" w:rsidR="00C95855" w:rsidRDefault="00C95855"/>
        </w:tc>
        <w:tc>
          <w:tcPr>
            <w:tcW w:w="1587" w:type="dxa"/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105B86" w14:textId="77777777" w:rsidR="00C95855" w:rsidRDefault="00DC1078">
            <w:r>
              <w:rPr>
                <w:b/>
                <w:sz w:val="18"/>
              </w:rPr>
              <w:t>직위</w:t>
            </w:r>
            <w:r>
              <w:rPr>
                <w:b/>
                <w:sz w:val="18"/>
              </w:rPr>
              <w:t>·</w:t>
            </w:r>
            <w:r>
              <w:rPr>
                <w:b/>
                <w:sz w:val="18"/>
              </w:rPr>
              <w:t>직급</w:t>
            </w:r>
          </w:p>
        </w:tc>
        <w:tc>
          <w:tcPr>
            <w:tcW w:w="36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93EA69" w14:textId="77777777" w:rsidR="00C95855" w:rsidRDefault="00C95855"/>
        </w:tc>
      </w:tr>
      <w:tr w:rsidR="00C95855" w14:paraId="45491341" w14:textId="77777777">
        <w:trPr>
          <w:jc w:val="center"/>
        </w:trPr>
        <w:tc>
          <w:tcPr>
            <w:tcW w:w="1587" w:type="dxa"/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49512E" w14:textId="77777777" w:rsidR="00C95855" w:rsidRDefault="00DC1078">
            <w:r>
              <w:rPr>
                <w:b/>
                <w:sz w:val="18"/>
              </w:rPr>
              <w:t>담당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업무</w:t>
            </w:r>
          </w:p>
        </w:tc>
        <w:tc>
          <w:tcPr>
            <w:tcW w:w="36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BC33A5" w14:textId="77777777" w:rsidR="00C95855" w:rsidRDefault="00C95855"/>
        </w:tc>
        <w:tc>
          <w:tcPr>
            <w:tcW w:w="1587" w:type="dxa"/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1603EE" w14:textId="77777777" w:rsidR="00C95855" w:rsidRDefault="00DC1078">
            <w:r>
              <w:rPr>
                <w:b/>
                <w:sz w:val="18"/>
              </w:rPr>
              <w:t>업무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변경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범위</w:t>
            </w:r>
          </w:p>
        </w:tc>
        <w:tc>
          <w:tcPr>
            <w:tcW w:w="36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A183C5" w14:textId="77777777" w:rsidR="00C95855" w:rsidRDefault="00C95855"/>
        </w:tc>
      </w:tr>
    </w:tbl>
    <w:p w14:paraId="1F7473AA" w14:textId="77777777" w:rsidR="00C95855" w:rsidRDefault="00C95855">
      <w:pPr>
        <w:spacing w:after="20"/>
      </w:pPr>
    </w:p>
    <w:p w14:paraId="51860C6F" w14:textId="77777777" w:rsidR="00C95855" w:rsidRDefault="00DC1078">
      <w:pPr>
        <w:pStyle w:val="1"/>
      </w:pPr>
      <w:r>
        <w:t xml:space="preserve">3. </w:t>
      </w:r>
      <w:r>
        <w:t>근로일</w:t>
      </w:r>
      <w:r>
        <w:t xml:space="preserve">, </w:t>
      </w:r>
      <w:r>
        <w:t>근로시간</w:t>
      </w:r>
      <w:r>
        <w:t xml:space="preserve"> </w:t>
      </w:r>
      <w:r>
        <w:t>및</w:t>
      </w:r>
      <w:r>
        <w:t xml:space="preserve"> </w:t>
      </w:r>
      <w:r>
        <w:t>휴게시간</w:t>
      </w:r>
    </w:p>
    <w:tbl>
      <w:tblPr>
        <w:tblStyle w:val="af9"/>
        <w:tblW w:w="0" w:type="auto"/>
        <w:jc w:val="center"/>
        <w:tblLook w:val="04A0" w:firstRow="1" w:lastRow="0" w:firstColumn="1" w:lastColumn="0" w:noHBand="0" w:noVBand="1"/>
      </w:tblPr>
      <w:tblGrid>
        <w:gridCol w:w="2083"/>
        <w:gridCol w:w="2083"/>
        <w:gridCol w:w="2083"/>
        <w:gridCol w:w="2083"/>
        <w:gridCol w:w="2084"/>
      </w:tblGrid>
      <w:tr w:rsidR="00C95855" w14:paraId="76B313FE" w14:textId="77777777">
        <w:trPr>
          <w:tblHeader/>
          <w:jc w:val="center"/>
        </w:trPr>
        <w:tc>
          <w:tcPr>
            <w:tcW w:w="2085" w:type="dxa"/>
            <w:shd w:val="clear" w:color="auto" w:fill="D9E7F5"/>
          </w:tcPr>
          <w:p w14:paraId="1E97E9B3" w14:textId="77777777" w:rsidR="00C95855" w:rsidRDefault="00DC1078">
            <w:pPr>
              <w:jc w:val="center"/>
            </w:pPr>
            <w:r>
              <w:rPr>
                <w:b/>
                <w:sz w:val="17"/>
              </w:rPr>
              <w:t>구분</w:t>
            </w:r>
          </w:p>
        </w:tc>
        <w:tc>
          <w:tcPr>
            <w:tcW w:w="2085" w:type="dxa"/>
            <w:shd w:val="clear" w:color="auto" w:fill="D9E7F5"/>
          </w:tcPr>
          <w:p w14:paraId="44ED36AB" w14:textId="77777777" w:rsidR="00C95855" w:rsidRDefault="00DC1078">
            <w:pPr>
              <w:jc w:val="center"/>
            </w:pPr>
            <w:r>
              <w:rPr>
                <w:b/>
                <w:sz w:val="17"/>
              </w:rPr>
              <w:t>근무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z w:val="17"/>
              </w:rPr>
              <w:t>여부</w:t>
            </w:r>
          </w:p>
        </w:tc>
        <w:tc>
          <w:tcPr>
            <w:tcW w:w="2085" w:type="dxa"/>
            <w:shd w:val="clear" w:color="auto" w:fill="D9E7F5"/>
          </w:tcPr>
          <w:p w14:paraId="5B571244" w14:textId="77777777" w:rsidR="00C95855" w:rsidRDefault="00DC1078">
            <w:pPr>
              <w:jc w:val="center"/>
            </w:pPr>
            <w:r>
              <w:rPr>
                <w:b/>
                <w:sz w:val="17"/>
              </w:rPr>
              <w:t>업무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z w:val="17"/>
              </w:rPr>
              <w:t>시작</w:t>
            </w:r>
          </w:p>
        </w:tc>
        <w:tc>
          <w:tcPr>
            <w:tcW w:w="2085" w:type="dxa"/>
            <w:shd w:val="clear" w:color="auto" w:fill="D9E7F5"/>
          </w:tcPr>
          <w:p w14:paraId="366493DE" w14:textId="77777777" w:rsidR="00C95855" w:rsidRDefault="00DC1078">
            <w:pPr>
              <w:jc w:val="center"/>
            </w:pPr>
            <w:r>
              <w:rPr>
                <w:b/>
                <w:sz w:val="17"/>
              </w:rPr>
              <w:t>업무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z w:val="17"/>
              </w:rPr>
              <w:t>종료</w:t>
            </w:r>
          </w:p>
        </w:tc>
        <w:tc>
          <w:tcPr>
            <w:tcW w:w="2085" w:type="dxa"/>
            <w:shd w:val="clear" w:color="auto" w:fill="D9E7F5"/>
          </w:tcPr>
          <w:p w14:paraId="4B898B55" w14:textId="77777777" w:rsidR="00C95855" w:rsidRDefault="00DC1078">
            <w:pPr>
              <w:jc w:val="center"/>
            </w:pPr>
            <w:r>
              <w:rPr>
                <w:b/>
                <w:sz w:val="17"/>
              </w:rPr>
              <w:t>휴게시간</w:t>
            </w:r>
          </w:p>
        </w:tc>
      </w:tr>
      <w:tr w:rsidR="00C95855" w14:paraId="25513B08" w14:textId="77777777">
        <w:trPr>
          <w:jc w:val="center"/>
        </w:trPr>
        <w:tc>
          <w:tcPr>
            <w:tcW w:w="2085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F12E87D" w14:textId="77777777" w:rsidR="00C95855" w:rsidRDefault="00DC1078">
            <w:pPr>
              <w:jc w:val="center"/>
            </w:pPr>
            <w:r>
              <w:rPr>
                <w:sz w:val="16"/>
              </w:rPr>
              <w:t>월요일</w:t>
            </w:r>
          </w:p>
        </w:tc>
        <w:tc>
          <w:tcPr>
            <w:tcW w:w="2085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36DEEEF" w14:textId="77777777" w:rsidR="00C95855" w:rsidRDefault="00DC1078">
            <w:pPr>
              <w:jc w:val="center"/>
            </w:pPr>
            <w:r>
              <w:rPr>
                <w:sz w:val="16"/>
              </w:rPr>
              <w:t xml:space="preserve">□ </w:t>
            </w:r>
            <w:r>
              <w:rPr>
                <w:sz w:val="16"/>
              </w:rPr>
              <w:t>근무</w:t>
            </w:r>
            <w:r>
              <w:rPr>
                <w:sz w:val="16"/>
              </w:rPr>
              <w:t xml:space="preserve">  □ </w:t>
            </w:r>
            <w:r>
              <w:rPr>
                <w:sz w:val="16"/>
              </w:rPr>
              <w:t>휴무</w:t>
            </w:r>
          </w:p>
        </w:tc>
        <w:tc>
          <w:tcPr>
            <w:tcW w:w="2085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B741367" w14:textId="77777777" w:rsidR="00C95855" w:rsidRDefault="00DC1078">
            <w:pPr>
              <w:jc w:val="center"/>
            </w:pPr>
            <w:r>
              <w:rPr>
                <w:sz w:val="16"/>
              </w:rPr>
              <w:t xml:space="preserve">      </w:t>
            </w:r>
            <w:r>
              <w:rPr>
                <w:sz w:val="16"/>
              </w:rPr>
              <w:t>시</w:t>
            </w:r>
            <w:r>
              <w:rPr>
                <w:sz w:val="16"/>
              </w:rPr>
              <w:t xml:space="preserve">      </w:t>
            </w:r>
            <w:r>
              <w:rPr>
                <w:sz w:val="16"/>
              </w:rPr>
              <w:t>분</w:t>
            </w:r>
          </w:p>
        </w:tc>
        <w:tc>
          <w:tcPr>
            <w:tcW w:w="2085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F192252" w14:textId="77777777" w:rsidR="00C95855" w:rsidRDefault="00DC1078">
            <w:pPr>
              <w:jc w:val="center"/>
            </w:pPr>
            <w:r>
              <w:rPr>
                <w:sz w:val="16"/>
              </w:rPr>
              <w:t xml:space="preserve">      </w:t>
            </w:r>
            <w:r>
              <w:rPr>
                <w:sz w:val="16"/>
              </w:rPr>
              <w:t>시</w:t>
            </w:r>
            <w:r>
              <w:rPr>
                <w:sz w:val="16"/>
              </w:rPr>
              <w:t xml:space="preserve">      </w:t>
            </w:r>
            <w:r>
              <w:rPr>
                <w:sz w:val="16"/>
              </w:rPr>
              <w:t>분</w:t>
            </w:r>
          </w:p>
        </w:tc>
        <w:tc>
          <w:tcPr>
            <w:tcW w:w="2085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2467DB4" w14:textId="77777777" w:rsidR="00C95855" w:rsidRDefault="00DC1078">
            <w:pPr>
              <w:jc w:val="center"/>
            </w:pPr>
            <w:r>
              <w:rPr>
                <w:sz w:val="16"/>
              </w:rPr>
              <w:t xml:space="preserve">      </w:t>
            </w:r>
            <w:r>
              <w:rPr>
                <w:sz w:val="16"/>
              </w:rPr>
              <w:t>시</w:t>
            </w:r>
            <w:r>
              <w:rPr>
                <w:sz w:val="16"/>
              </w:rPr>
              <w:t xml:space="preserve">      </w:t>
            </w:r>
            <w:r>
              <w:rPr>
                <w:sz w:val="16"/>
              </w:rPr>
              <w:t>분</w:t>
            </w:r>
            <w:r>
              <w:rPr>
                <w:sz w:val="16"/>
              </w:rPr>
              <w:t xml:space="preserve"> ~      </w:t>
            </w:r>
            <w:r>
              <w:rPr>
                <w:sz w:val="16"/>
              </w:rPr>
              <w:t>시</w:t>
            </w:r>
            <w:r>
              <w:rPr>
                <w:sz w:val="16"/>
              </w:rPr>
              <w:t xml:space="preserve">      </w:t>
            </w:r>
            <w:r>
              <w:rPr>
                <w:sz w:val="16"/>
              </w:rPr>
              <w:t>분</w:t>
            </w:r>
          </w:p>
        </w:tc>
      </w:tr>
      <w:tr w:rsidR="00C95855" w14:paraId="6F0CD789" w14:textId="77777777">
        <w:trPr>
          <w:jc w:val="center"/>
        </w:trPr>
        <w:tc>
          <w:tcPr>
            <w:tcW w:w="2085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852772D" w14:textId="77777777" w:rsidR="00C95855" w:rsidRDefault="00DC1078">
            <w:pPr>
              <w:jc w:val="center"/>
            </w:pPr>
            <w:r>
              <w:rPr>
                <w:sz w:val="16"/>
              </w:rPr>
              <w:t>화요일</w:t>
            </w:r>
          </w:p>
        </w:tc>
        <w:tc>
          <w:tcPr>
            <w:tcW w:w="2085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EB2C7F2" w14:textId="77777777" w:rsidR="00C95855" w:rsidRDefault="00DC1078">
            <w:pPr>
              <w:jc w:val="center"/>
            </w:pPr>
            <w:r>
              <w:rPr>
                <w:sz w:val="16"/>
              </w:rPr>
              <w:t xml:space="preserve">□ </w:t>
            </w:r>
            <w:r>
              <w:rPr>
                <w:sz w:val="16"/>
              </w:rPr>
              <w:t>근무</w:t>
            </w:r>
            <w:r>
              <w:rPr>
                <w:sz w:val="16"/>
              </w:rPr>
              <w:t xml:space="preserve">  □ </w:t>
            </w:r>
            <w:r>
              <w:rPr>
                <w:sz w:val="16"/>
              </w:rPr>
              <w:t>휴무</w:t>
            </w:r>
          </w:p>
        </w:tc>
        <w:tc>
          <w:tcPr>
            <w:tcW w:w="2085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BAD7D82" w14:textId="77777777" w:rsidR="00C95855" w:rsidRDefault="00DC1078">
            <w:pPr>
              <w:jc w:val="center"/>
            </w:pPr>
            <w:r>
              <w:rPr>
                <w:sz w:val="16"/>
              </w:rPr>
              <w:t xml:space="preserve">      </w:t>
            </w:r>
            <w:r>
              <w:rPr>
                <w:sz w:val="16"/>
              </w:rPr>
              <w:t>시</w:t>
            </w:r>
            <w:r>
              <w:rPr>
                <w:sz w:val="16"/>
              </w:rPr>
              <w:t xml:space="preserve">      </w:t>
            </w:r>
            <w:r>
              <w:rPr>
                <w:sz w:val="16"/>
              </w:rPr>
              <w:t>분</w:t>
            </w:r>
          </w:p>
        </w:tc>
        <w:tc>
          <w:tcPr>
            <w:tcW w:w="2085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9B4C1F7" w14:textId="77777777" w:rsidR="00C95855" w:rsidRDefault="00DC1078">
            <w:pPr>
              <w:jc w:val="center"/>
            </w:pPr>
            <w:r>
              <w:rPr>
                <w:sz w:val="16"/>
              </w:rPr>
              <w:t xml:space="preserve">      </w:t>
            </w:r>
            <w:r>
              <w:rPr>
                <w:sz w:val="16"/>
              </w:rPr>
              <w:t>시</w:t>
            </w:r>
            <w:r>
              <w:rPr>
                <w:sz w:val="16"/>
              </w:rPr>
              <w:t xml:space="preserve">      </w:t>
            </w:r>
            <w:r>
              <w:rPr>
                <w:sz w:val="16"/>
              </w:rPr>
              <w:t>분</w:t>
            </w:r>
          </w:p>
        </w:tc>
        <w:tc>
          <w:tcPr>
            <w:tcW w:w="2085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681DD1F" w14:textId="77777777" w:rsidR="00C95855" w:rsidRDefault="00DC1078">
            <w:pPr>
              <w:jc w:val="center"/>
            </w:pPr>
            <w:r>
              <w:rPr>
                <w:sz w:val="16"/>
              </w:rPr>
              <w:t xml:space="preserve">      </w:t>
            </w:r>
            <w:r>
              <w:rPr>
                <w:sz w:val="16"/>
              </w:rPr>
              <w:t>시</w:t>
            </w:r>
            <w:r>
              <w:rPr>
                <w:sz w:val="16"/>
              </w:rPr>
              <w:t xml:space="preserve">      </w:t>
            </w:r>
            <w:r>
              <w:rPr>
                <w:sz w:val="16"/>
              </w:rPr>
              <w:t>분</w:t>
            </w:r>
            <w:r>
              <w:rPr>
                <w:sz w:val="16"/>
              </w:rPr>
              <w:t xml:space="preserve"> ~      </w:t>
            </w:r>
            <w:r>
              <w:rPr>
                <w:sz w:val="16"/>
              </w:rPr>
              <w:t>시</w:t>
            </w:r>
            <w:r>
              <w:rPr>
                <w:sz w:val="16"/>
              </w:rPr>
              <w:t xml:space="preserve">      </w:t>
            </w:r>
            <w:r>
              <w:rPr>
                <w:sz w:val="16"/>
              </w:rPr>
              <w:t>분</w:t>
            </w:r>
          </w:p>
        </w:tc>
      </w:tr>
      <w:tr w:rsidR="00C95855" w14:paraId="6F9B3917" w14:textId="77777777">
        <w:trPr>
          <w:jc w:val="center"/>
        </w:trPr>
        <w:tc>
          <w:tcPr>
            <w:tcW w:w="2085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AB5848D" w14:textId="77777777" w:rsidR="00C95855" w:rsidRDefault="00DC1078">
            <w:pPr>
              <w:jc w:val="center"/>
            </w:pPr>
            <w:r>
              <w:rPr>
                <w:sz w:val="16"/>
              </w:rPr>
              <w:t>수요일</w:t>
            </w:r>
          </w:p>
        </w:tc>
        <w:tc>
          <w:tcPr>
            <w:tcW w:w="2085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0AAF0B7" w14:textId="77777777" w:rsidR="00C95855" w:rsidRDefault="00DC1078">
            <w:pPr>
              <w:jc w:val="center"/>
            </w:pPr>
            <w:r>
              <w:rPr>
                <w:sz w:val="16"/>
              </w:rPr>
              <w:t xml:space="preserve">□ </w:t>
            </w:r>
            <w:r>
              <w:rPr>
                <w:sz w:val="16"/>
              </w:rPr>
              <w:t>근무</w:t>
            </w:r>
            <w:r>
              <w:rPr>
                <w:sz w:val="16"/>
              </w:rPr>
              <w:t xml:space="preserve">  □ </w:t>
            </w:r>
            <w:r>
              <w:rPr>
                <w:sz w:val="16"/>
              </w:rPr>
              <w:t>휴무</w:t>
            </w:r>
          </w:p>
        </w:tc>
        <w:tc>
          <w:tcPr>
            <w:tcW w:w="2085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8E147A4" w14:textId="77777777" w:rsidR="00C95855" w:rsidRDefault="00DC1078">
            <w:pPr>
              <w:jc w:val="center"/>
            </w:pPr>
            <w:r>
              <w:rPr>
                <w:sz w:val="16"/>
              </w:rPr>
              <w:t xml:space="preserve">      </w:t>
            </w:r>
            <w:r>
              <w:rPr>
                <w:sz w:val="16"/>
              </w:rPr>
              <w:t>시</w:t>
            </w:r>
            <w:r>
              <w:rPr>
                <w:sz w:val="16"/>
              </w:rPr>
              <w:t xml:space="preserve">      </w:t>
            </w:r>
            <w:r>
              <w:rPr>
                <w:sz w:val="16"/>
              </w:rPr>
              <w:t>분</w:t>
            </w:r>
          </w:p>
        </w:tc>
        <w:tc>
          <w:tcPr>
            <w:tcW w:w="2085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5862A08" w14:textId="77777777" w:rsidR="00C95855" w:rsidRDefault="00DC1078">
            <w:pPr>
              <w:jc w:val="center"/>
            </w:pPr>
            <w:r>
              <w:rPr>
                <w:sz w:val="16"/>
              </w:rPr>
              <w:t xml:space="preserve">      </w:t>
            </w:r>
            <w:r>
              <w:rPr>
                <w:sz w:val="16"/>
              </w:rPr>
              <w:t>시</w:t>
            </w:r>
            <w:r>
              <w:rPr>
                <w:sz w:val="16"/>
              </w:rPr>
              <w:t xml:space="preserve">      </w:t>
            </w:r>
            <w:r>
              <w:rPr>
                <w:sz w:val="16"/>
              </w:rPr>
              <w:t>분</w:t>
            </w:r>
          </w:p>
        </w:tc>
        <w:tc>
          <w:tcPr>
            <w:tcW w:w="2085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70756D6" w14:textId="77777777" w:rsidR="00C95855" w:rsidRDefault="00DC1078">
            <w:pPr>
              <w:jc w:val="center"/>
            </w:pPr>
            <w:r>
              <w:rPr>
                <w:sz w:val="16"/>
              </w:rPr>
              <w:t xml:space="preserve">      </w:t>
            </w:r>
            <w:r>
              <w:rPr>
                <w:sz w:val="16"/>
              </w:rPr>
              <w:t>시</w:t>
            </w:r>
            <w:r>
              <w:rPr>
                <w:sz w:val="16"/>
              </w:rPr>
              <w:t xml:space="preserve">      </w:t>
            </w:r>
            <w:r>
              <w:rPr>
                <w:sz w:val="16"/>
              </w:rPr>
              <w:t>분</w:t>
            </w:r>
            <w:r>
              <w:rPr>
                <w:sz w:val="16"/>
              </w:rPr>
              <w:t xml:space="preserve"> ~      </w:t>
            </w:r>
            <w:r>
              <w:rPr>
                <w:sz w:val="16"/>
              </w:rPr>
              <w:t>시</w:t>
            </w:r>
            <w:r>
              <w:rPr>
                <w:sz w:val="16"/>
              </w:rPr>
              <w:t xml:space="preserve">      </w:t>
            </w:r>
            <w:r>
              <w:rPr>
                <w:sz w:val="16"/>
              </w:rPr>
              <w:t>분</w:t>
            </w:r>
          </w:p>
        </w:tc>
      </w:tr>
      <w:tr w:rsidR="00C95855" w14:paraId="1760E4F4" w14:textId="77777777">
        <w:trPr>
          <w:jc w:val="center"/>
        </w:trPr>
        <w:tc>
          <w:tcPr>
            <w:tcW w:w="2085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0EA102E" w14:textId="77777777" w:rsidR="00C95855" w:rsidRDefault="00DC1078">
            <w:pPr>
              <w:jc w:val="center"/>
            </w:pPr>
            <w:r>
              <w:rPr>
                <w:sz w:val="16"/>
              </w:rPr>
              <w:t>목요일</w:t>
            </w:r>
          </w:p>
        </w:tc>
        <w:tc>
          <w:tcPr>
            <w:tcW w:w="2085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E7B930C" w14:textId="77777777" w:rsidR="00C95855" w:rsidRDefault="00DC1078">
            <w:pPr>
              <w:jc w:val="center"/>
            </w:pPr>
            <w:r>
              <w:rPr>
                <w:sz w:val="16"/>
              </w:rPr>
              <w:t xml:space="preserve">□ </w:t>
            </w:r>
            <w:r>
              <w:rPr>
                <w:sz w:val="16"/>
              </w:rPr>
              <w:t>근무</w:t>
            </w:r>
            <w:r>
              <w:rPr>
                <w:sz w:val="16"/>
              </w:rPr>
              <w:t xml:space="preserve">  □ </w:t>
            </w:r>
            <w:r>
              <w:rPr>
                <w:sz w:val="16"/>
              </w:rPr>
              <w:t>휴무</w:t>
            </w:r>
          </w:p>
        </w:tc>
        <w:tc>
          <w:tcPr>
            <w:tcW w:w="2085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5C50124" w14:textId="77777777" w:rsidR="00C95855" w:rsidRDefault="00DC1078">
            <w:pPr>
              <w:jc w:val="center"/>
            </w:pPr>
            <w:r>
              <w:rPr>
                <w:sz w:val="16"/>
              </w:rPr>
              <w:t xml:space="preserve">      </w:t>
            </w:r>
            <w:r>
              <w:rPr>
                <w:sz w:val="16"/>
              </w:rPr>
              <w:t>시</w:t>
            </w:r>
            <w:r>
              <w:rPr>
                <w:sz w:val="16"/>
              </w:rPr>
              <w:t xml:space="preserve">      </w:t>
            </w:r>
            <w:r>
              <w:rPr>
                <w:sz w:val="16"/>
              </w:rPr>
              <w:t>분</w:t>
            </w:r>
          </w:p>
        </w:tc>
        <w:tc>
          <w:tcPr>
            <w:tcW w:w="2085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1C96405" w14:textId="77777777" w:rsidR="00C95855" w:rsidRDefault="00DC1078">
            <w:pPr>
              <w:jc w:val="center"/>
            </w:pPr>
            <w:r>
              <w:rPr>
                <w:sz w:val="16"/>
              </w:rPr>
              <w:t xml:space="preserve">      </w:t>
            </w:r>
            <w:r>
              <w:rPr>
                <w:sz w:val="16"/>
              </w:rPr>
              <w:t>시</w:t>
            </w:r>
            <w:r>
              <w:rPr>
                <w:sz w:val="16"/>
              </w:rPr>
              <w:t xml:space="preserve">      </w:t>
            </w:r>
            <w:r>
              <w:rPr>
                <w:sz w:val="16"/>
              </w:rPr>
              <w:t>분</w:t>
            </w:r>
          </w:p>
        </w:tc>
        <w:tc>
          <w:tcPr>
            <w:tcW w:w="2085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60EF885" w14:textId="77777777" w:rsidR="00C95855" w:rsidRDefault="00DC1078">
            <w:pPr>
              <w:jc w:val="center"/>
            </w:pPr>
            <w:r>
              <w:rPr>
                <w:sz w:val="16"/>
              </w:rPr>
              <w:t xml:space="preserve">      </w:t>
            </w:r>
            <w:r>
              <w:rPr>
                <w:sz w:val="16"/>
              </w:rPr>
              <w:t>시</w:t>
            </w:r>
            <w:r>
              <w:rPr>
                <w:sz w:val="16"/>
              </w:rPr>
              <w:t xml:space="preserve">      </w:t>
            </w:r>
            <w:r>
              <w:rPr>
                <w:sz w:val="16"/>
              </w:rPr>
              <w:t>분</w:t>
            </w:r>
            <w:r>
              <w:rPr>
                <w:sz w:val="16"/>
              </w:rPr>
              <w:t xml:space="preserve"> ~      </w:t>
            </w:r>
            <w:r>
              <w:rPr>
                <w:sz w:val="16"/>
              </w:rPr>
              <w:t>시</w:t>
            </w:r>
            <w:r>
              <w:rPr>
                <w:sz w:val="16"/>
              </w:rPr>
              <w:t xml:space="preserve">      </w:t>
            </w:r>
            <w:r>
              <w:rPr>
                <w:sz w:val="16"/>
              </w:rPr>
              <w:t>분</w:t>
            </w:r>
          </w:p>
        </w:tc>
      </w:tr>
      <w:tr w:rsidR="00C95855" w14:paraId="47ADC63D" w14:textId="77777777">
        <w:trPr>
          <w:jc w:val="center"/>
        </w:trPr>
        <w:tc>
          <w:tcPr>
            <w:tcW w:w="2085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B3C27EC" w14:textId="77777777" w:rsidR="00C95855" w:rsidRDefault="00DC1078">
            <w:pPr>
              <w:jc w:val="center"/>
            </w:pPr>
            <w:r>
              <w:rPr>
                <w:sz w:val="16"/>
              </w:rPr>
              <w:lastRenderedPageBreak/>
              <w:t>금요일</w:t>
            </w:r>
          </w:p>
        </w:tc>
        <w:tc>
          <w:tcPr>
            <w:tcW w:w="2085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DD48D48" w14:textId="77777777" w:rsidR="00C95855" w:rsidRDefault="00DC1078">
            <w:pPr>
              <w:jc w:val="center"/>
            </w:pPr>
            <w:r>
              <w:rPr>
                <w:sz w:val="16"/>
              </w:rPr>
              <w:t xml:space="preserve">□ </w:t>
            </w:r>
            <w:r>
              <w:rPr>
                <w:sz w:val="16"/>
              </w:rPr>
              <w:t>근무</w:t>
            </w:r>
            <w:r>
              <w:rPr>
                <w:sz w:val="16"/>
              </w:rPr>
              <w:t xml:space="preserve">  □ </w:t>
            </w:r>
            <w:r>
              <w:rPr>
                <w:sz w:val="16"/>
              </w:rPr>
              <w:t>휴무</w:t>
            </w:r>
          </w:p>
        </w:tc>
        <w:tc>
          <w:tcPr>
            <w:tcW w:w="2085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E3CE96E" w14:textId="77777777" w:rsidR="00C95855" w:rsidRDefault="00DC1078">
            <w:pPr>
              <w:jc w:val="center"/>
            </w:pPr>
            <w:r>
              <w:rPr>
                <w:sz w:val="16"/>
              </w:rPr>
              <w:t xml:space="preserve">      </w:t>
            </w:r>
            <w:r>
              <w:rPr>
                <w:sz w:val="16"/>
              </w:rPr>
              <w:t>시</w:t>
            </w:r>
            <w:r>
              <w:rPr>
                <w:sz w:val="16"/>
              </w:rPr>
              <w:t xml:space="preserve">      </w:t>
            </w:r>
            <w:r>
              <w:rPr>
                <w:sz w:val="16"/>
              </w:rPr>
              <w:t>분</w:t>
            </w:r>
          </w:p>
        </w:tc>
        <w:tc>
          <w:tcPr>
            <w:tcW w:w="2085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1D41ED7" w14:textId="77777777" w:rsidR="00C95855" w:rsidRDefault="00DC1078">
            <w:pPr>
              <w:jc w:val="center"/>
            </w:pPr>
            <w:r>
              <w:rPr>
                <w:sz w:val="16"/>
              </w:rPr>
              <w:t xml:space="preserve">      </w:t>
            </w:r>
            <w:r>
              <w:rPr>
                <w:sz w:val="16"/>
              </w:rPr>
              <w:t>시</w:t>
            </w:r>
            <w:r>
              <w:rPr>
                <w:sz w:val="16"/>
              </w:rPr>
              <w:t xml:space="preserve">      </w:t>
            </w:r>
            <w:r>
              <w:rPr>
                <w:sz w:val="16"/>
              </w:rPr>
              <w:t>분</w:t>
            </w:r>
          </w:p>
        </w:tc>
        <w:tc>
          <w:tcPr>
            <w:tcW w:w="2085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1AFFDF1" w14:textId="77777777" w:rsidR="00C95855" w:rsidRDefault="00DC1078">
            <w:pPr>
              <w:jc w:val="center"/>
            </w:pPr>
            <w:r>
              <w:rPr>
                <w:sz w:val="16"/>
              </w:rPr>
              <w:t xml:space="preserve">      </w:t>
            </w:r>
            <w:r>
              <w:rPr>
                <w:sz w:val="16"/>
              </w:rPr>
              <w:t>시</w:t>
            </w:r>
            <w:r>
              <w:rPr>
                <w:sz w:val="16"/>
              </w:rPr>
              <w:t xml:space="preserve">      </w:t>
            </w:r>
            <w:r>
              <w:rPr>
                <w:sz w:val="16"/>
              </w:rPr>
              <w:t>분</w:t>
            </w:r>
            <w:r>
              <w:rPr>
                <w:sz w:val="16"/>
              </w:rPr>
              <w:t xml:space="preserve"> ~      </w:t>
            </w:r>
            <w:r>
              <w:rPr>
                <w:sz w:val="16"/>
              </w:rPr>
              <w:t>시</w:t>
            </w:r>
            <w:r>
              <w:rPr>
                <w:sz w:val="16"/>
              </w:rPr>
              <w:t xml:space="preserve">      </w:t>
            </w:r>
            <w:r>
              <w:rPr>
                <w:sz w:val="16"/>
              </w:rPr>
              <w:t>분</w:t>
            </w:r>
          </w:p>
        </w:tc>
      </w:tr>
      <w:tr w:rsidR="00C95855" w14:paraId="6AC93C1A" w14:textId="77777777">
        <w:trPr>
          <w:jc w:val="center"/>
        </w:trPr>
        <w:tc>
          <w:tcPr>
            <w:tcW w:w="2085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09AFB22" w14:textId="77777777" w:rsidR="00C95855" w:rsidRDefault="00DC1078">
            <w:pPr>
              <w:jc w:val="center"/>
            </w:pPr>
            <w:r>
              <w:rPr>
                <w:sz w:val="16"/>
              </w:rPr>
              <w:t>토요일</w:t>
            </w:r>
          </w:p>
        </w:tc>
        <w:tc>
          <w:tcPr>
            <w:tcW w:w="2085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4A1338D" w14:textId="77777777" w:rsidR="00C95855" w:rsidRDefault="00DC1078">
            <w:pPr>
              <w:jc w:val="center"/>
            </w:pPr>
            <w:r>
              <w:rPr>
                <w:sz w:val="16"/>
              </w:rPr>
              <w:t xml:space="preserve">□ </w:t>
            </w:r>
            <w:r>
              <w:rPr>
                <w:sz w:val="16"/>
              </w:rPr>
              <w:t>근무</w:t>
            </w:r>
            <w:r>
              <w:rPr>
                <w:sz w:val="16"/>
              </w:rPr>
              <w:t xml:space="preserve">  □ </w:t>
            </w:r>
            <w:r>
              <w:rPr>
                <w:sz w:val="16"/>
              </w:rPr>
              <w:t>휴무</w:t>
            </w:r>
          </w:p>
        </w:tc>
        <w:tc>
          <w:tcPr>
            <w:tcW w:w="2085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74366CA" w14:textId="77777777" w:rsidR="00C95855" w:rsidRDefault="00DC1078">
            <w:pPr>
              <w:jc w:val="center"/>
            </w:pPr>
            <w:r>
              <w:rPr>
                <w:sz w:val="16"/>
              </w:rPr>
              <w:t xml:space="preserve">      </w:t>
            </w:r>
            <w:r>
              <w:rPr>
                <w:sz w:val="16"/>
              </w:rPr>
              <w:t>시</w:t>
            </w:r>
            <w:r>
              <w:rPr>
                <w:sz w:val="16"/>
              </w:rPr>
              <w:t xml:space="preserve">      </w:t>
            </w:r>
            <w:r>
              <w:rPr>
                <w:sz w:val="16"/>
              </w:rPr>
              <w:t>분</w:t>
            </w:r>
          </w:p>
        </w:tc>
        <w:tc>
          <w:tcPr>
            <w:tcW w:w="2085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FCB208F" w14:textId="77777777" w:rsidR="00C95855" w:rsidRDefault="00DC1078">
            <w:pPr>
              <w:jc w:val="center"/>
            </w:pPr>
            <w:r>
              <w:rPr>
                <w:sz w:val="16"/>
              </w:rPr>
              <w:t xml:space="preserve">      </w:t>
            </w:r>
            <w:r>
              <w:rPr>
                <w:sz w:val="16"/>
              </w:rPr>
              <w:t>시</w:t>
            </w:r>
            <w:r>
              <w:rPr>
                <w:sz w:val="16"/>
              </w:rPr>
              <w:t xml:space="preserve">      </w:t>
            </w:r>
            <w:r>
              <w:rPr>
                <w:sz w:val="16"/>
              </w:rPr>
              <w:t>분</w:t>
            </w:r>
          </w:p>
        </w:tc>
        <w:tc>
          <w:tcPr>
            <w:tcW w:w="2085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EACEB3D" w14:textId="77777777" w:rsidR="00C95855" w:rsidRDefault="00DC1078">
            <w:pPr>
              <w:jc w:val="center"/>
            </w:pPr>
            <w:r>
              <w:rPr>
                <w:sz w:val="16"/>
              </w:rPr>
              <w:t xml:space="preserve">      </w:t>
            </w:r>
            <w:r>
              <w:rPr>
                <w:sz w:val="16"/>
              </w:rPr>
              <w:t>시</w:t>
            </w:r>
            <w:r>
              <w:rPr>
                <w:sz w:val="16"/>
              </w:rPr>
              <w:t xml:space="preserve">      </w:t>
            </w:r>
            <w:r>
              <w:rPr>
                <w:sz w:val="16"/>
              </w:rPr>
              <w:t>분</w:t>
            </w:r>
            <w:r>
              <w:rPr>
                <w:sz w:val="16"/>
              </w:rPr>
              <w:t xml:space="preserve"> ~      </w:t>
            </w:r>
            <w:r>
              <w:rPr>
                <w:sz w:val="16"/>
              </w:rPr>
              <w:t>시</w:t>
            </w:r>
            <w:r>
              <w:rPr>
                <w:sz w:val="16"/>
              </w:rPr>
              <w:t xml:space="preserve">      </w:t>
            </w:r>
            <w:r>
              <w:rPr>
                <w:sz w:val="16"/>
              </w:rPr>
              <w:t>분</w:t>
            </w:r>
          </w:p>
        </w:tc>
      </w:tr>
      <w:tr w:rsidR="00C95855" w14:paraId="7C1870CE" w14:textId="77777777">
        <w:trPr>
          <w:jc w:val="center"/>
        </w:trPr>
        <w:tc>
          <w:tcPr>
            <w:tcW w:w="2085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513B372" w14:textId="77777777" w:rsidR="00C95855" w:rsidRDefault="00DC1078">
            <w:pPr>
              <w:jc w:val="center"/>
            </w:pPr>
            <w:r>
              <w:rPr>
                <w:sz w:val="16"/>
              </w:rPr>
              <w:t>일요일</w:t>
            </w:r>
          </w:p>
        </w:tc>
        <w:tc>
          <w:tcPr>
            <w:tcW w:w="2085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FD7FBF3" w14:textId="77777777" w:rsidR="00C95855" w:rsidRDefault="00DC1078">
            <w:pPr>
              <w:jc w:val="center"/>
            </w:pPr>
            <w:r>
              <w:rPr>
                <w:sz w:val="16"/>
              </w:rPr>
              <w:t xml:space="preserve">□ </w:t>
            </w:r>
            <w:r>
              <w:rPr>
                <w:sz w:val="16"/>
              </w:rPr>
              <w:t>근무</w:t>
            </w:r>
            <w:r>
              <w:rPr>
                <w:sz w:val="16"/>
              </w:rPr>
              <w:t xml:space="preserve">  □ </w:t>
            </w:r>
            <w:r>
              <w:rPr>
                <w:sz w:val="16"/>
              </w:rPr>
              <w:t>휴무</w:t>
            </w:r>
          </w:p>
        </w:tc>
        <w:tc>
          <w:tcPr>
            <w:tcW w:w="2085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BE96375" w14:textId="77777777" w:rsidR="00C95855" w:rsidRDefault="00DC1078">
            <w:pPr>
              <w:jc w:val="center"/>
            </w:pPr>
            <w:r>
              <w:rPr>
                <w:sz w:val="16"/>
              </w:rPr>
              <w:t xml:space="preserve">      </w:t>
            </w:r>
            <w:r>
              <w:rPr>
                <w:sz w:val="16"/>
              </w:rPr>
              <w:t>시</w:t>
            </w:r>
            <w:r>
              <w:rPr>
                <w:sz w:val="16"/>
              </w:rPr>
              <w:t xml:space="preserve">      </w:t>
            </w:r>
            <w:r>
              <w:rPr>
                <w:sz w:val="16"/>
              </w:rPr>
              <w:t>분</w:t>
            </w:r>
          </w:p>
        </w:tc>
        <w:tc>
          <w:tcPr>
            <w:tcW w:w="2085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399529A" w14:textId="77777777" w:rsidR="00C95855" w:rsidRDefault="00DC1078">
            <w:pPr>
              <w:jc w:val="center"/>
            </w:pPr>
            <w:r>
              <w:rPr>
                <w:sz w:val="16"/>
              </w:rPr>
              <w:t xml:space="preserve">      </w:t>
            </w:r>
            <w:r>
              <w:rPr>
                <w:sz w:val="16"/>
              </w:rPr>
              <w:t>시</w:t>
            </w:r>
            <w:r>
              <w:rPr>
                <w:sz w:val="16"/>
              </w:rPr>
              <w:t xml:space="preserve">      </w:t>
            </w:r>
            <w:r>
              <w:rPr>
                <w:sz w:val="16"/>
              </w:rPr>
              <w:t>분</w:t>
            </w:r>
          </w:p>
        </w:tc>
        <w:tc>
          <w:tcPr>
            <w:tcW w:w="2085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C02A248" w14:textId="77777777" w:rsidR="00C95855" w:rsidRDefault="00DC1078">
            <w:pPr>
              <w:jc w:val="center"/>
            </w:pPr>
            <w:r>
              <w:rPr>
                <w:sz w:val="16"/>
              </w:rPr>
              <w:t xml:space="preserve">      </w:t>
            </w:r>
            <w:r>
              <w:rPr>
                <w:sz w:val="16"/>
              </w:rPr>
              <w:t>시</w:t>
            </w:r>
            <w:r>
              <w:rPr>
                <w:sz w:val="16"/>
              </w:rPr>
              <w:t xml:space="preserve">      </w:t>
            </w:r>
            <w:r>
              <w:rPr>
                <w:sz w:val="16"/>
              </w:rPr>
              <w:t>분</w:t>
            </w:r>
            <w:r>
              <w:rPr>
                <w:sz w:val="16"/>
              </w:rPr>
              <w:t xml:space="preserve"> ~      </w:t>
            </w:r>
            <w:r>
              <w:rPr>
                <w:sz w:val="16"/>
              </w:rPr>
              <w:t>시</w:t>
            </w:r>
            <w:r>
              <w:rPr>
                <w:sz w:val="16"/>
              </w:rPr>
              <w:t xml:space="preserve">      </w:t>
            </w:r>
            <w:r>
              <w:rPr>
                <w:sz w:val="16"/>
              </w:rPr>
              <w:t>분</w:t>
            </w:r>
          </w:p>
        </w:tc>
      </w:tr>
    </w:tbl>
    <w:p w14:paraId="50AC8812" w14:textId="77777777" w:rsidR="00C95855" w:rsidRDefault="00C95855"/>
    <w:tbl>
      <w:tblPr>
        <w:tblStyle w:val="af9"/>
        <w:tblW w:w="0" w:type="auto"/>
        <w:jc w:val="center"/>
        <w:tblLook w:val="04A0" w:firstRow="1" w:lastRow="0" w:firstColumn="1" w:lastColumn="0" w:noHBand="0" w:noVBand="1"/>
      </w:tblPr>
      <w:tblGrid>
        <w:gridCol w:w="1716"/>
        <w:gridCol w:w="3567"/>
        <w:gridCol w:w="1567"/>
        <w:gridCol w:w="3566"/>
      </w:tblGrid>
      <w:tr w:rsidR="00C95855" w14:paraId="4911F992" w14:textId="77777777">
        <w:trPr>
          <w:jc w:val="center"/>
        </w:trPr>
        <w:tc>
          <w:tcPr>
            <w:tcW w:w="1587" w:type="dxa"/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ECF07C" w14:textId="77777777" w:rsidR="00C95855" w:rsidRDefault="00DC1078">
            <w:r>
              <w:rPr>
                <w:b/>
                <w:sz w:val="18"/>
              </w:rPr>
              <w:t>주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소정근로시간</w:t>
            </w:r>
          </w:p>
        </w:tc>
        <w:tc>
          <w:tcPr>
            <w:tcW w:w="36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D285A2" w14:textId="77777777" w:rsidR="00C95855" w:rsidRDefault="00DC1078">
            <w:r>
              <w:rPr>
                <w:sz w:val="18"/>
              </w:rPr>
              <w:t>주</w:t>
            </w:r>
            <w:r>
              <w:rPr>
                <w:sz w:val="18"/>
              </w:rPr>
              <w:t xml:space="preserve">              </w:t>
            </w:r>
            <w:r>
              <w:rPr>
                <w:sz w:val="18"/>
              </w:rPr>
              <w:t>시간</w:t>
            </w:r>
          </w:p>
        </w:tc>
        <w:tc>
          <w:tcPr>
            <w:tcW w:w="1587" w:type="dxa"/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05D87B8" w14:textId="77777777" w:rsidR="00C95855" w:rsidRDefault="00DC1078">
            <w:r>
              <w:rPr>
                <w:b/>
                <w:sz w:val="18"/>
              </w:rPr>
              <w:t>주휴일</w:t>
            </w:r>
          </w:p>
        </w:tc>
        <w:tc>
          <w:tcPr>
            <w:tcW w:w="36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2C7F06" w14:textId="77777777" w:rsidR="00C95855" w:rsidRDefault="00DC1078">
            <w:r>
              <w:rPr>
                <w:sz w:val="18"/>
              </w:rPr>
              <w:t>매주</w:t>
            </w:r>
            <w:r>
              <w:rPr>
                <w:sz w:val="18"/>
              </w:rPr>
              <w:t xml:space="preserve">              </w:t>
            </w:r>
            <w:r>
              <w:rPr>
                <w:sz w:val="18"/>
              </w:rPr>
              <w:t>요일</w:t>
            </w:r>
          </w:p>
        </w:tc>
      </w:tr>
      <w:tr w:rsidR="00C95855" w14:paraId="58457779" w14:textId="77777777">
        <w:trPr>
          <w:jc w:val="center"/>
        </w:trPr>
        <w:tc>
          <w:tcPr>
            <w:tcW w:w="1587" w:type="dxa"/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A0418F" w14:textId="77777777" w:rsidR="00C95855" w:rsidRDefault="00DC1078">
            <w:r>
              <w:rPr>
                <w:b/>
                <w:sz w:val="18"/>
              </w:rPr>
              <w:t>연장</w:t>
            </w:r>
            <w:r>
              <w:rPr>
                <w:b/>
                <w:sz w:val="18"/>
              </w:rPr>
              <w:t>·</w:t>
            </w:r>
            <w:r>
              <w:rPr>
                <w:b/>
                <w:sz w:val="18"/>
              </w:rPr>
              <w:t>야간</w:t>
            </w:r>
            <w:r>
              <w:rPr>
                <w:b/>
                <w:sz w:val="18"/>
              </w:rPr>
              <w:t>·</w:t>
            </w:r>
            <w:r>
              <w:rPr>
                <w:b/>
                <w:sz w:val="18"/>
              </w:rPr>
              <w:t>휴일근로</w:t>
            </w:r>
          </w:p>
        </w:tc>
        <w:tc>
          <w:tcPr>
            <w:tcW w:w="36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FFFDE5" w14:textId="77777777" w:rsidR="00C95855" w:rsidRDefault="00DC1078">
            <w:r>
              <w:rPr>
                <w:sz w:val="18"/>
              </w:rPr>
              <w:t>사전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합의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및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관계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법령에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따라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실시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>지급</w:t>
            </w:r>
          </w:p>
        </w:tc>
        <w:tc>
          <w:tcPr>
            <w:tcW w:w="1587" w:type="dxa"/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BBDFBA" w14:textId="77777777" w:rsidR="00C95855" w:rsidRDefault="00DC1078">
            <w:r>
              <w:rPr>
                <w:b/>
                <w:sz w:val="18"/>
              </w:rPr>
              <w:t>근무표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통지</w:t>
            </w:r>
          </w:p>
        </w:tc>
        <w:tc>
          <w:tcPr>
            <w:tcW w:w="36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82E2DA" w14:textId="77777777" w:rsidR="00C95855" w:rsidRDefault="00DC1078">
            <w:r>
              <w:rPr>
                <w:sz w:val="18"/>
              </w:rPr>
              <w:t xml:space="preserve">□ </w:t>
            </w:r>
            <w:r>
              <w:rPr>
                <w:sz w:val="18"/>
              </w:rPr>
              <w:t>서면</w:t>
            </w:r>
            <w:r>
              <w:rPr>
                <w:sz w:val="18"/>
              </w:rPr>
              <w:t xml:space="preserve">  □ </w:t>
            </w:r>
            <w:r>
              <w:rPr>
                <w:sz w:val="18"/>
              </w:rPr>
              <w:t>전자문서</w:t>
            </w:r>
            <w:r>
              <w:rPr>
                <w:sz w:val="18"/>
              </w:rPr>
              <w:t xml:space="preserve">  □ </w:t>
            </w:r>
            <w:r>
              <w:rPr>
                <w:sz w:val="18"/>
              </w:rPr>
              <w:t>기타</w:t>
            </w:r>
          </w:p>
        </w:tc>
      </w:tr>
    </w:tbl>
    <w:p w14:paraId="7C053239" w14:textId="77777777" w:rsidR="00C95855" w:rsidRDefault="00C95855">
      <w:pPr>
        <w:spacing w:after="20"/>
      </w:pPr>
    </w:p>
    <w:p w14:paraId="6E64A9AB" w14:textId="77777777" w:rsidR="00C95855" w:rsidRDefault="00DC1078">
      <w:pPr>
        <w:pStyle w:val="1"/>
      </w:pPr>
      <w:r>
        <w:t xml:space="preserve">4. </w:t>
      </w:r>
      <w:r>
        <w:t>임금</w:t>
      </w:r>
    </w:p>
    <w:tbl>
      <w:tblPr>
        <w:tblStyle w:val="af9"/>
        <w:tblW w:w="0" w:type="auto"/>
        <w:jc w:val="center"/>
        <w:tblLook w:val="04A0" w:firstRow="1" w:lastRow="0" w:firstColumn="1" w:lastColumn="0" w:noHBand="0" w:noVBand="1"/>
      </w:tblPr>
      <w:tblGrid>
        <w:gridCol w:w="2603"/>
        <w:gridCol w:w="2605"/>
        <w:gridCol w:w="2603"/>
        <w:gridCol w:w="2605"/>
      </w:tblGrid>
      <w:tr w:rsidR="00C95855" w14:paraId="42D28051" w14:textId="77777777">
        <w:trPr>
          <w:jc w:val="center"/>
        </w:trPr>
        <w:tc>
          <w:tcPr>
            <w:tcW w:w="2606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6CDF3CB" w14:textId="77777777" w:rsidR="00C95855" w:rsidRDefault="00DC1078">
            <w:pPr>
              <w:jc w:val="center"/>
            </w:pPr>
            <w:r>
              <w:rPr>
                <w:b/>
                <w:sz w:val="17"/>
              </w:rPr>
              <w:t>항목</w:t>
            </w:r>
          </w:p>
        </w:tc>
        <w:tc>
          <w:tcPr>
            <w:tcW w:w="2606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60E7129" w14:textId="77777777" w:rsidR="00C95855" w:rsidRDefault="00DC1078">
            <w:pPr>
              <w:jc w:val="center"/>
            </w:pPr>
            <w:r>
              <w:rPr>
                <w:b/>
                <w:sz w:val="17"/>
              </w:rPr>
              <w:t>금액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z w:val="17"/>
              </w:rPr>
              <w:t>또는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z w:val="17"/>
              </w:rPr>
              <w:t>기준</w:t>
            </w:r>
          </w:p>
        </w:tc>
        <w:tc>
          <w:tcPr>
            <w:tcW w:w="2606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3181780" w14:textId="77777777" w:rsidR="00C95855" w:rsidRDefault="00DC1078">
            <w:pPr>
              <w:jc w:val="center"/>
            </w:pPr>
            <w:r>
              <w:rPr>
                <w:b/>
                <w:sz w:val="17"/>
              </w:rPr>
              <w:t>항목</w:t>
            </w:r>
          </w:p>
        </w:tc>
        <w:tc>
          <w:tcPr>
            <w:tcW w:w="2606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E4A48AA" w14:textId="77777777" w:rsidR="00C95855" w:rsidRDefault="00DC1078">
            <w:pPr>
              <w:jc w:val="center"/>
            </w:pPr>
            <w:r>
              <w:rPr>
                <w:b/>
                <w:sz w:val="17"/>
              </w:rPr>
              <w:t>금액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z w:val="17"/>
              </w:rPr>
              <w:t>또는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z w:val="17"/>
              </w:rPr>
              <w:t>기준</w:t>
            </w:r>
          </w:p>
        </w:tc>
      </w:tr>
      <w:tr w:rsidR="00C95855" w14:paraId="792534E7" w14:textId="77777777">
        <w:trPr>
          <w:jc w:val="center"/>
        </w:trPr>
        <w:tc>
          <w:tcPr>
            <w:tcW w:w="2606" w:type="dxa"/>
            <w:shd w:val="clear" w:color="auto" w:fill="F1F5F9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091861C" w14:textId="77777777" w:rsidR="00C95855" w:rsidRDefault="00DC1078">
            <w:r>
              <w:rPr>
                <w:b/>
                <w:sz w:val="17"/>
              </w:rPr>
              <w:t>기본급</w:t>
            </w:r>
          </w:p>
        </w:tc>
        <w:tc>
          <w:tcPr>
            <w:tcW w:w="2606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9D29C1E" w14:textId="77777777" w:rsidR="00C95855" w:rsidRDefault="00DC1078">
            <w:r>
              <w:rPr>
                <w:sz w:val="17"/>
              </w:rPr>
              <w:t>월</w:t>
            </w:r>
            <w:r>
              <w:rPr>
                <w:sz w:val="17"/>
              </w:rPr>
              <w:t xml:space="preserve"> / </w:t>
            </w:r>
            <w:r>
              <w:rPr>
                <w:sz w:val="17"/>
              </w:rPr>
              <w:t>일</w:t>
            </w:r>
            <w:r>
              <w:rPr>
                <w:sz w:val="17"/>
              </w:rPr>
              <w:t xml:space="preserve"> / </w:t>
            </w:r>
            <w:r>
              <w:rPr>
                <w:sz w:val="17"/>
              </w:rPr>
              <w:t>시급</w:t>
            </w:r>
            <w:r>
              <w:rPr>
                <w:sz w:val="17"/>
              </w:rPr>
              <w:t xml:space="preserve">                         </w:t>
            </w:r>
            <w:r>
              <w:rPr>
                <w:sz w:val="17"/>
              </w:rPr>
              <w:t>원</w:t>
            </w:r>
          </w:p>
        </w:tc>
        <w:tc>
          <w:tcPr>
            <w:tcW w:w="2606" w:type="dxa"/>
            <w:shd w:val="clear" w:color="auto" w:fill="F1F5F9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FBBEA5C" w14:textId="77777777" w:rsidR="00C95855" w:rsidRDefault="00DC1078">
            <w:r>
              <w:rPr>
                <w:b/>
                <w:sz w:val="17"/>
              </w:rPr>
              <w:t>직책수당</w:t>
            </w:r>
          </w:p>
        </w:tc>
        <w:tc>
          <w:tcPr>
            <w:tcW w:w="2606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71AC5DC" w14:textId="77777777" w:rsidR="00C95855" w:rsidRDefault="00DC1078">
            <w:r>
              <w:rPr>
                <w:sz w:val="17"/>
              </w:rPr>
              <w:t xml:space="preserve">                         </w:t>
            </w:r>
            <w:r>
              <w:rPr>
                <w:sz w:val="17"/>
              </w:rPr>
              <w:t>원</w:t>
            </w:r>
          </w:p>
        </w:tc>
      </w:tr>
      <w:tr w:rsidR="00C95855" w14:paraId="0F3004F1" w14:textId="77777777">
        <w:trPr>
          <w:jc w:val="center"/>
        </w:trPr>
        <w:tc>
          <w:tcPr>
            <w:tcW w:w="2606" w:type="dxa"/>
            <w:shd w:val="clear" w:color="auto" w:fill="F1F5F9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36B73A9" w14:textId="77777777" w:rsidR="00C95855" w:rsidRDefault="00DC1078">
            <w:r>
              <w:rPr>
                <w:b/>
                <w:sz w:val="17"/>
              </w:rPr>
              <w:t>식대</w:t>
            </w:r>
          </w:p>
        </w:tc>
        <w:tc>
          <w:tcPr>
            <w:tcW w:w="2606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C40EA0A" w14:textId="77777777" w:rsidR="00C95855" w:rsidRDefault="00DC1078">
            <w:r>
              <w:rPr>
                <w:sz w:val="17"/>
              </w:rPr>
              <w:t xml:space="preserve">                         </w:t>
            </w:r>
            <w:r>
              <w:rPr>
                <w:sz w:val="17"/>
              </w:rPr>
              <w:t>원</w:t>
            </w:r>
          </w:p>
        </w:tc>
        <w:tc>
          <w:tcPr>
            <w:tcW w:w="2606" w:type="dxa"/>
            <w:shd w:val="clear" w:color="auto" w:fill="F1F5F9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15F850F" w14:textId="77777777" w:rsidR="00C95855" w:rsidRDefault="00DC1078">
            <w:r>
              <w:rPr>
                <w:b/>
                <w:sz w:val="17"/>
              </w:rPr>
              <w:t>교통비</w:t>
            </w:r>
          </w:p>
        </w:tc>
        <w:tc>
          <w:tcPr>
            <w:tcW w:w="2606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8805B01" w14:textId="77777777" w:rsidR="00C95855" w:rsidRDefault="00DC1078">
            <w:r>
              <w:rPr>
                <w:sz w:val="17"/>
              </w:rPr>
              <w:t xml:space="preserve">                         </w:t>
            </w:r>
            <w:r>
              <w:rPr>
                <w:sz w:val="17"/>
              </w:rPr>
              <w:t>원</w:t>
            </w:r>
          </w:p>
        </w:tc>
      </w:tr>
      <w:tr w:rsidR="00C95855" w14:paraId="02A269F8" w14:textId="77777777">
        <w:trPr>
          <w:jc w:val="center"/>
        </w:trPr>
        <w:tc>
          <w:tcPr>
            <w:tcW w:w="2606" w:type="dxa"/>
            <w:shd w:val="clear" w:color="auto" w:fill="F1F5F9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03A4148" w14:textId="77777777" w:rsidR="00C95855" w:rsidRDefault="00DC1078">
            <w:r>
              <w:rPr>
                <w:b/>
                <w:sz w:val="17"/>
              </w:rPr>
              <w:t>고정수당</w:t>
            </w:r>
          </w:p>
        </w:tc>
        <w:tc>
          <w:tcPr>
            <w:tcW w:w="2606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5E735AF" w14:textId="77777777" w:rsidR="00C95855" w:rsidRDefault="00DC1078">
            <w:r>
              <w:rPr>
                <w:sz w:val="17"/>
              </w:rPr>
              <w:t>명칭</w:t>
            </w:r>
            <w:r>
              <w:rPr>
                <w:sz w:val="17"/>
              </w:rPr>
              <w:t xml:space="preserve">:                 </w:t>
            </w:r>
            <w:r>
              <w:rPr>
                <w:sz w:val="17"/>
              </w:rPr>
              <w:t>금액</w:t>
            </w:r>
            <w:r>
              <w:rPr>
                <w:sz w:val="17"/>
              </w:rPr>
              <w:t xml:space="preserve">:          </w:t>
            </w:r>
            <w:r>
              <w:rPr>
                <w:sz w:val="17"/>
              </w:rPr>
              <w:t>원</w:t>
            </w:r>
          </w:p>
        </w:tc>
        <w:tc>
          <w:tcPr>
            <w:tcW w:w="2606" w:type="dxa"/>
            <w:shd w:val="clear" w:color="auto" w:fill="F1F5F9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2033BD6" w14:textId="77777777" w:rsidR="00C95855" w:rsidRDefault="00DC1078">
            <w:r>
              <w:rPr>
                <w:b/>
                <w:sz w:val="17"/>
              </w:rPr>
              <w:t>기타수당</w:t>
            </w:r>
          </w:p>
        </w:tc>
        <w:tc>
          <w:tcPr>
            <w:tcW w:w="2606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11B629A" w14:textId="77777777" w:rsidR="00C95855" w:rsidRDefault="00DC1078">
            <w:r>
              <w:rPr>
                <w:sz w:val="17"/>
              </w:rPr>
              <w:t>명칭</w:t>
            </w:r>
            <w:r>
              <w:rPr>
                <w:sz w:val="17"/>
              </w:rPr>
              <w:t xml:space="preserve">:                 </w:t>
            </w:r>
            <w:r>
              <w:rPr>
                <w:sz w:val="17"/>
              </w:rPr>
              <w:t>금액</w:t>
            </w:r>
            <w:r>
              <w:rPr>
                <w:sz w:val="17"/>
              </w:rPr>
              <w:t xml:space="preserve">:          </w:t>
            </w:r>
            <w:r>
              <w:rPr>
                <w:sz w:val="17"/>
              </w:rPr>
              <w:t>원</w:t>
            </w:r>
          </w:p>
        </w:tc>
      </w:tr>
      <w:tr w:rsidR="00C95855" w14:paraId="2C9E3DC2" w14:textId="77777777">
        <w:trPr>
          <w:jc w:val="center"/>
        </w:trPr>
        <w:tc>
          <w:tcPr>
            <w:tcW w:w="2606" w:type="dxa"/>
            <w:shd w:val="clear" w:color="auto" w:fill="F1F5F9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BC7EF2A" w14:textId="77777777" w:rsidR="00C95855" w:rsidRDefault="00DC1078">
            <w:r>
              <w:rPr>
                <w:b/>
                <w:sz w:val="17"/>
              </w:rPr>
              <w:t>상여금</w:t>
            </w:r>
          </w:p>
        </w:tc>
        <w:tc>
          <w:tcPr>
            <w:tcW w:w="2606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02EEE36" w14:textId="77777777" w:rsidR="00C95855" w:rsidRDefault="00DC1078">
            <w:r>
              <w:rPr>
                <w:sz w:val="17"/>
              </w:rPr>
              <w:t xml:space="preserve">□ </w:t>
            </w:r>
            <w:r>
              <w:rPr>
                <w:sz w:val="17"/>
              </w:rPr>
              <w:t>없음</w:t>
            </w:r>
            <w:r>
              <w:rPr>
                <w:sz w:val="17"/>
              </w:rPr>
              <w:t xml:space="preserve">  □ </w:t>
            </w:r>
            <w:r>
              <w:rPr>
                <w:sz w:val="17"/>
              </w:rPr>
              <w:t>있음</w:t>
            </w:r>
            <w:r>
              <w:rPr>
                <w:sz w:val="17"/>
              </w:rPr>
              <w:t xml:space="preserve"> (</w:t>
            </w:r>
            <w:r>
              <w:rPr>
                <w:sz w:val="17"/>
              </w:rPr>
              <w:t>기준</w:t>
            </w:r>
            <w:r>
              <w:rPr>
                <w:sz w:val="17"/>
              </w:rPr>
              <w:t>:                  )</w:t>
            </w:r>
          </w:p>
        </w:tc>
        <w:tc>
          <w:tcPr>
            <w:tcW w:w="2606" w:type="dxa"/>
            <w:shd w:val="clear" w:color="auto" w:fill="F1F5F9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37550D5" w14:textId="77777777" w:rsidR="00C95855" w:rsidRDefault="00DC1078">
            <w:r>
              <w:rPr>
                <w:b/>
                <w:sz w:val="17"/>
              </w:rPr>
              <w:t>성과급</w:t>
            </w:r>
          </w:p>
        </w:tc>
        <w:tc>
          <w:tcPr>
            <w:tcW w:w="2606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6AAAC3C" w14:textId="77777777" w:rsidR="00C95855" w:rsidRDefault="00DC1078">
            <w:r>
              <w:rPr>
                <w:sz w:val="17"/>
              </w:rPr>
              <w:t xml:space="preserve">□ </w:t>
            </w:r>
            <w:r>
              <w:rPr>
                <w:sz w:val="17"/>
              </w:rPr>
              <w:t>없음</w:t>
            </w:r>
            <w:r>
              <w:rPr>
                <w:sz w:val="17"/>
              </w:rPr>
              <w:t xml:space="preserve">  □ </w:t>
            </w:r>
            <w:r>
              <w:rPr>
                <w:sz w:val="17"/>
              </w:rPr>
              <w:t>있음</w:t>
            </w:r>
            <w:r>
              <w:rPr>
                <w:sz w:val="17"/>
              </w:rPr>
              <w:t xml:space="preserve"> (</w:t>
            </w:r>
            <w:r>
              <w:rPr>
                <w:sz w:val="17"/>
              </w:rPr>
              <w:t>기준</w:t>
            </w:r>
            <w:r>
              <w:rPr>
                <w:sz w:val="17"/>
              </w:rPr>
              <w:t>:                  )</w:t>
            </w:r>
          </w:p>
        </w:tc>
      </w:tr>
      <w:tr w:rsidR="00C95855" w14:paraId="1880C63B" w14:textId="77777777">
        <w:trPr>
          <w:jc w:val="center"/>
        </w:trPr>
        <w:tc>
          <w:tcPr>
            <w:tcW w:w="2606" w:type="dxa"/>
            <w:shd w:val="clear" w:color="auto" w:fill="F1F5F9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DB40BA6" w14:textId="77777777" w:rsidR="00C95855" w:rsidRDefault="00DC1078">
            <w:r>
              <w:rPr>
                <w:b/>
                <w:sz w:val="17"/>
              </w:rPr>
              <w:t>임금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z w:val="17"/>
              </w:rPr>
              <w:t>계산기간</w:t>
            </w:r>
          </w:p>
        </w:tc>
        <w:tc>
          <w:tcPr>
            <w:tcW w:w="2606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F2FC6C9" w14:textId="77777777" w:rsidR="00C95855" w:rsidRDefault="00DC1078">
            <w:r>
              <w:rPr>
                <w:sz w:val="17"/>
              </w:rPr>
              <w:t>매월</w:t>
            </w:r>
            <w:r>
              <w:rPr>
                <w:sz w:val="17"/>
              </w:rPr>
              <w:t xml:space="preserve">       </w:t>
            </w:r>
            <w:r>
              <w:rPr>
                <w:sz w:val="17"/>
              </w:rPr>
              <w:t>일부터</w:t>
            </w:r>
            <w:r>
              <w:rPr>
                <w:sz w:val="17"/>
              </w:rPr>
              <w:t xml:space="preserve">       </w:t>
            </w:r>
            <w:r>
              <w:rPr>
                <w:sz w:val="17"/>
              </w:rPr>
              <w:t>일까지</w:t>
            </w:r>
          </w:p>
        </w:tc>
        <w:tc>
          <w:tcPr>
            <w:tcW w:w="2606" w:type="dxa"/>
            <w:shd w:val="clear" w:color="auto" w:fill="F1F5F9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6E9BA94" w14:textId="77777777" w:rsidR="00C95855" w:rsidRDefault="00DC1078">
            <w:r>
              <w:rPr>
                <w:b/>
                <w:sz w:val="17"/>
              </w:rPr>
              <w:t>임금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z w:val="17"/>
              </w:rPr>
              <w:t>지급일</w:t>
            </w:r>
          </w:p>
        </w:tc>
        <w:tc>
          <w:tcPr>
            <w:tcW w:w="2606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FA78407" w14:textId="77777777" w:rsidR="00C95855" w:rsidRDefault="00DC1078">
            <w:r>
              <w:rPr>
                <w:sz w:val="17"/>
              </w:rPr>
              <w:t>매월</w:t>
            </w:r>
            <w:r>
              <w:rPr>
                <w:sz w:val="17"/>
              </w:rPr>
              <w:t xml:space="preserve">       </w:t>
            </w:r>
            <w:r>
              <w:rPr>
                <w:sz w:val="17"/>
              </w:rPr>
              <w:t>일</w:t>
            </w:r>
            <w:r>
              <w:rPr>
                <w:sz w:val="17"/>
              </w:rPr>
              <w:t xml:space="preserve"> (</w:t>
            </w:r>
            <w:r>
              <w:rPr>
                <w:sz w:val="17"/>
              </w:rPr>
              <w:t>휴일</w:t>
            </w:r>
            <w:r>
              <w:rPr>
                <w:sz w:val="17"/>
              </w:rPr>
              <w:t xml:space="preserve"> </w:t>
            </w:r>
            <w:r>
              <w:rPr>
                <w:sz w:val="17"/>
              </w:rPr>
              <w:t>시</w:t>
            </w:r>
            <w:r>
              <w:rPr>
                <w:sz w:val="17"/>
              </w:rPr>
              <w:t xml:space="preserve">: □ </w:t>
            </w:r>
            <w:r>
              <w:rPr>
                <w:sz w:val="17"/>
              </w:rPr>
              <w:t>전일</w:t>
            </w:r>
            <w:r>
              <w:rPr>
                <w:sz w:val="17"/>
              </w:rPr>
              <w:t xml:space="preserve"> □ </w:t>
            </w:r>
            <w:r>
              <w:rPr>
                <w:sz w:val="17"/>
              </w:rPr>
              <w:t>익일</w:t>
            </w:r>
            <w:r>
              <w:rPr>
                <w:sz w:val="17"/>
              </w:rPr>
              <w:t>)</w:t>
            </w:r>
          </w:p>
        </w:tc>
      </w:tr>
      <w:tr w:rsidR="00C95855" w14:paraId="6A2DCBE5" w14:textId="77777777">
        <w:trPr>
          <w:jc w:val="center"/>
        </w:trPr>
        <w:tc>
          <w:tcPr>
            <w:tcW w:w="2606" w:type="dxa"/>
            <w:shd w:val="clear" w:color="auto" w:fill="F1F5F9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F417610" w14:textId="77777777" w:rsidR="00C95855" w:rsidRDefault="00DC1078">
            <w:r>
              <w:rPr>
                <w:b/>
                <w:sz w:val="17"/>
              </w:rPr>
              <w:t>지급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z w:val="17"/>
              </w:rPr>
              <w:t>방법</w:t>
            </w:r>
          </w:p>
        </w:tc>
        <w:tc>
          <w:tcPr>
            <w:tcW w:w="2606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D5B193B" w14:textId="77777777" w:rsidR="00C95855" w:rsidRDefault="00DC1078">
            <w:r>
              <w:rPr>
                <w:sz w:val="17"/>
              </w:rPr>
              <w:t xml:space="preserve">□ </w:t>
            </w:r>
            <w:r>
              <w:rPr>
                <w:sz w:val="17"/>
              </w:rPr>
              <w:t>근로자</w:t>
            </w:r>
            <w:r>
              <w:rPr>
                <w:sz w:val="17"/>
              </w:rPr>
              <w:t xml:space="preserve"> </w:t>
            </w:r>
            <w:r>
              <w:rPr>
                <w:sz w:val="17"/>
              </w:rPr>
              <w:t>명의</w:t>
            </w:r>
            <w:r>
              <w:rPr>
                <w:sz w:val="17"/>
              </w:rPr>
              <w:t xml:space="preserve"> </w:t>
            </w:r>
            <w:r>
              <w:rPr>
                <w:sz w:val="17"/>
              </w:rPr>
              <w:t>계좌</w:t>
            </w:r>
            <w:r>
              <w:rPr>
                <w:sz w:val="17"/>
              </w:rPr>
              <w:t xml:space="preserve">  □ </w:t>
            </w:r>
            <w:r>
              <w:rPr>
                <w:sz w:val="17"/>
              </w:rPr>
              <w:t>직접</w:t>
            </w:r>
            <w:r>
              <w:rPr>
                <w:sz w:val="17"/>
              </w:rPr>
              <w:t xml:space="preserve"> </w:t>
            </w:r>
            <w:r>
              <w:rPr>
                <w:sz w:val="17"/>
              </w:rPr>
              <w:t>지급</w:t>
            </w:r>
          </w:p>
        </w:tc>
        <w:tc>
          <w:tcPr>
            <w:tcW w:w="2606" w:type="dxa"/>
            <w:shd w:val="clear" w:color="auto" w:fill="F1F5F9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AE3C8F9" w14:textId="77777777" w:rsidR="00C95855" w:rsidRDefault="00DC1078">
            <w:r>
              <w:rPr>
                <w:b/>
                <w:sz w:val="17"/>
              </w:rPr>
              <w:t>계좌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z w:val="17"/>
              </w:rPr>
              <w:t>정보</w:t>
            </w:r>
          </w:p>
        </w:tc>
        <w:tc>
          <w:tcPr>
            <w:tcW w:w="2606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FA1B872" w14:textId="77777777" w:rsidR="00C95855" w:rsidRDefault="00DC1078">
            <w:r>
              <w:rPr>
                <w:sz w:val="17"/>
              </w:rPr>
              <w:t>은행</w:t>
            </w:r>
            <w:r>
              <w:rPr>
                <w:sz w:val="17"/>
              </w:rPr>
              <w:t xml:space="preserve">:                 </w:t>
            </w:r>
            <w:r>
              <w:rPr>
                <w:sz w:val="17"/>
              </w:rPr>
              <w:t>계좌</w:t>
            </w:r>
            <w:r>
              <w:rPr>
                <w:sz w:val="17"/>
              </w:rPr>
              <w:t xml:space="preserve">:                    </w:t>
            </w:r>
          </w:p>
        </w:tc>
      </w:tr>
    </w:tbl>
    <w:p w14:paraId="79F41244" w14:textId="77777777" w:rsidR="00C95855" w:rsidRDefault="00C95855"/>
    <w:p w14:paraId="236DA122" w14:textId="77777777" w:rsidR="00C95855" w:rsidRDefault="00DC1078">
      <w:pPr>
        <w:spacing w:after="60"/>
      </w:pPr>
      <w:r>
        <w:rPr>
          <w:sz w:val="17"/>
        </w:rPr>
        <w:t xml:space="preserve">※ </w:t>
      </w:r>
      <w:r>
        <w:rPr>
          <w:sz w:val="17"/>
        </w:rPr>
        <w:t>연장</w:t>
      </w:r>
      <w:r>
        <w:rPr>
          <w:sz w:val="17"/>
        </w:rPr>
        <w:t>·</w:t>
      </w:r>
      <w:r>
        <w:rPr>
          <w:sz w:val="17"/>
        </w:rPr>
        <w:t>야간</w:t>
      </w:r>
      <w:r>
        <w:rPr>
          <w:sz w:val="17"/>
        </w:rPr>
        <w:t>·</w:t>
      </w:r>
      <w:r>
        <w:rPr>
          <w:sz w:val="17"/>
        </w:rPr>
        <w:t>휴일근로수당</w:t>
      </w:r>
      <w:r>
        <w:rPr>
          <w:sz w:val="17"/>
        </w:rPr>
        <w:t xml:space="preserve"> </w:t>
      </w:r>
      <w:r>
        <w:rPr>
          <w:sz w:val="17"/>
        </w:rPr>
        <w:t>등</w:t>
      </w:r>
      <w:r>
        <w:rPr>
          <w:sz w:val="17"/>
        </w:rPr>
        <w:t xml:space="preserve"> </w:t>
      </w:r>
      <w:r>
        <w:rPr>
          <w:sz w:val="17"/>
        </w:rPr>
        <w:t>법정수당은</w:t>
      </w:r>
      <w:r>
        <w:rPr>
          <w:sz w:val="17"/>
        </w:rPr>
        <w:t xml:space="preserve"> </w:t>
      </w:r>
      <w:r>
        <w:rPr>
          <w:sz w:val="17"/>
        </w:rPr>
        <w:t>관계</w:t>
      </w:r>
      <w:r>
        <w:rPr>
          <w:sz w:val="17"/>
        </w:rPr>
        <w:t xml:space="preserve"> </w:t>
      </w:r>
      <w:r>
        <w:rPr>
          <w:sz w:val="17"/>
        </w:rPr>
        <w:t>법령과</w:t>
      </w:r>
      <w:r>
        <w:rPr>
          <w:sz w:val="17"/>
        </w:rPr>
        <w:t xml:space="preserve"> </w:t>
      </w:r>
      <w:r>
        <w:rPr>
          <w:sz w:val="17"/>
        </w:rPr>
        <w:t>실제</w:t>
      </w:r>
      <w:r>
        <w:rPr>
          <w:sz w:val="17"/>
        </w:rPr>
        <w:t xml:space="preserve"> </w:t>
      </w:r>
      <w:r>
        <w:rPr>
          <w:sz w:val="17"/>
        </w:rPr>
        <w:t>근로시간에</w:t>
      </w:r>
      <w:r>
        <w:rPr>
          <w:sz w:val="17"/>
        </w:rPr>
        <w:t xml:space="preserve"> </w:t>
      </w:r>
      <w:r>
        <w:rPr>
          <w:sz w:val="17"/>
        </w:rPr>
        <w:t>따라</w:t>
      </w:r>
      <w:r>
        <w:rPr>
          <w:sz w:val="17"/>
        </w:rPr>
        <w:t xml:space="preserve"> </w:t>
      </w:r>
      <w:r>
        <w:rPr>
          <w:sz w:val="17"/>
        </w:rPr>
        <w:t>별도로</w:t>
      </w:r>
      <w:r>
        <w:rPr>
          <w:sz w:val="17"/>
        </w:rPr>
        <w:t xml:space="preserve"> </w:t>
      </w:r>
      <w:r>
        <w:rPr>
          <w:sz w:val="17"/>
        </w:rPr>
        <w:t>산정합니다</w:t>
      </w:r>
      <w:r>
        <w:rPr>
          <w:sz w:val="17"/>
        </w:rPr>
        <w:t>.</w:t>
      </w:r>
    </w:p>
    <w:p w14:paraId="3FCB5484" w14:textId="77777777" w:rsidR="00C95855" w:rsidRDefault="00DC1078">
      <w:pPr>
        <w:pStyle w:val="1"/>
      </w:pPr>
      <w:r>
        <w:t xml:space="preserve">5. </w:t>
      </w:r>
      <w:r>
        <w:t>휴일</w:t>
      </w:r>
      <w:r>
        <w:t xml:space="preserve"> </w:t>
      </w:r>
      <w:r>
        <w:t>및</w:t>
      </w:r>
      <w:r>
        <w:t xml:space="preserve"> </w:t>
      </w:r>
      <w:r>
        <w:t>휴가</w:t>
      </w:r>
    </w:p>
    <w:tbl>
      <w:tblPr>
        <w:tblStyle w:val="af9"/>
        <w:tblW w:w="0" w:type="auto"/>
        <w:jc w:val="center"/>
        <w:tblLook w:val="04A0" w:firstRow="1" w:lastRow="0" w:firstColumn="1" w:lastColumn="0" w:noHBand="0" w:noVBand="1"/>
      </w:tblPr>
      <w:tblGrid>
        <w:gridCol w:w="1586"/>
        <w:gridCol w:w="3621"/>
        <w:gridCol w:w="1585"/>
        <w:gridCol w:w="3624"/>
      </w:tblGrid>
      <w:tr w:rsidR="00C95855" w14:paraId="16B94092" w14:textId="77777777">
        <w:trPr>
          <w:jc w:val="center"/>
        </w:trPr>
        <w:tc>
          <w:tcPr>
            <w:tcW w:w="1587" w:type="dxa"/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762A82" w14:textId="77777777" w:rsidR="00C95855" w:rsidRDefault="00DC1078">
            <w:r>
              <w:rPr>
                <w:b/>
                <w:sz w:val="18"/>
              </w:rPr>
              <w:t>유급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주휴일</w:t>
            </w:r>
          </w:p>
        </w:tc>
        <w:tc>
          <w:tcPr>
            <w:tcW w:w="36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49C646" w14:textId="77777777" w:rsidR="00C95855" w:rsidRDefault="00DC1078">
            <w:r>
              <w:rPr>
                <w:sz w:val="18"/>
              </w:rPr>
              <w:t>매주</w:t>
            </w:r>
            <w:r>
              <w:rPr>
                <w:sz w:val="18"/>
              </w:rPr>
              <w:t xml:space="preserve">              </w:t>
            </w:r>
            <w:r>
              <w:rPr>
                <w:sz w:val="18"/>
              </w:rPr>
              <w:t>요일</w:t>
            </w:r>
          </w:p>
        </w:tc>
        <w:tc>
          <w:tcPr>
            <w:tcW w:w="1587" w:type="dxa"/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482772" w14:textId="77777777" w:rsidR="00C95855" w:rsidRDefault="00DC1078">
            <w:r>
              <w:rPr>
                <w:b/>
                <w:sz w:val="18"/>
              </w:rPr>
              <w:t>공휴일</w:t>
            </w:r>
          </w:p>
        </w:tc>
        <w:tc>
          <w:tcPr>
            <w:tcW w:w="36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1E2D35" w14:textId="77777777" w:rsidR="00C95855" w:rsidRDefault="00DC1078">
            <w:r>
              <w:rPr>
                <w:sz w:val="18"/>
              </w:rPr>
              <w:t>관계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법령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및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사업장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적용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기준에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따름</w:t>
            </w:r>
          </w:p>
        </w:tc>
      </w:tr>
      <w:tr w:rsidR="00C95855" w14:paraId="7C0306E8" w14:textId="77777777">
        <w:trPr>
          <w:jc w:val="center"/>
        </w:trPr>
        <w:tc>
          <w:tcPr>
            <w:tcW w:w="1587" w:type="dxa"/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EECD52" w14:textId="77777777" w:rsidR="00C95855" w:rsidRDefault="00DC1078">
            <w:r>
              <w:rPr>
                <w:b/>
                <w:sz w:val="18"/>
              </w:rPr>
              <w:t>연차유급휴가</w:t>
            </w:r>
          </w:p>
        </w:tc>
        <w:tc>
          <w:tcPr>
            <w:tcW w:w="36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347AA0A" w14:textId="77777777" w:rsidR="00C95855" w:rsidRDefault="00DC1078">
            <w:r>
              <w:rPr>
                <w:sz w:val="18"/>
              </w:rPr>
              <w:t>근로기준법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및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취업규칙에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따라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부여</w:t>
            </w:r>
          </w:p>
        </w:tc>
        <w:tc>
          <w:tcPr>
            <w:tcW w:w="1587" w:type="dxa"/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532703" w14:textId="77777777" w:rsidR="00C95855" w:rsidRDefault="00DC1078">
            <w:r>
              <w:rPr>
                <w:b/>
                <w:sz w:val="18"/>
              </w:rPr>
              <w:t>기타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휴가</w:t>
            </w:r>
          </w:p>
        </w:tc>
        <w:tc>
          <w:tcPr>
            <w:tcW w:w="36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0C6EC9" w14:textId="77777777" w:rsidR="00C95855" w:rsidRDefault="00DC1078">
            <w:r>
              <w:rPr>
                <w:sz w:val="18"/>
              </w:rPr>
              <w:t>취업규칙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>단체협약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>회사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규정에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따름</w:t>
            </w:r>
          </w:p>
        </w:tc>
      </w:tr>
    </w:tbl>
    <w:p w14:paraId="1B2CF615" w14:textId="77777777" w:rsidR="00C95855" w:rsidRDefault="00C95855">
      <w:pPr>
        <w:spacing w:after="20"/>
      </w:pPr>
    </w:p>
    <w:p w14:paraId="26E94A96" w14:textId="77777777" w:rsidR="00C95855" w:rsidRDefault="00DC1078">
      <w:pPr>
        <w:pStyle w:val="1"/>
      </w:pPr>
      <w:r>
        <w:lastRenderedPageBreak/>
        <w:t xml:space="preserve">6. </w:t>
      </w:r>
      <w:r>
        <w:t>사회보험</w:t>
      </w:r>
      <w:r>
        <w:t xml:space="preserve"> </w:t>
      </w:r>
      <w:r>
        <w:t>및</w:t>
      </w:r>
      <w:r>
        <w:t xml:space="preserve"> </w:t>
      </w:r>
      <w:r>
        <w:t>퇴직급여</w:t>
      </w:r>
    </w:p>
    <w:tbl>
      <w:tblPr>
        <w:tblStyle w:val="af9"/>
        <w:tblW w:w="0" w:type="auto"/>
        <w:jc w:val="center"/>
        <w:tblLook w:val="04A0" w:firstRow="1" w:lastRow="0" w:firstColumn="1" w:lastColumn="0" w:noHBand="0" w:noVBand="1"/>
      </w:tblPr>
      <w:tblGrid>
        <w:gridCol w:w="1585"/>
        <w:gridCol w:w="3623"/>
        <w:gridCol w:w="1586"/>
        <w:gridCol w:w="3622"/>
      </w:tblGrid>
      <w:tr w:rsidR="00C95855" w14:paraId="7EF1C0AC" w14:textId="77777777">
        <w:trPr>
          <w:jc w:val="center"/>
        </w:trPr>
        <w:tc>
          <w:tcPr>
            <w:tcW w:w="1587" w:type="dxa"/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DF36DB" w14:textId="77777777" w:rsidR="00C95855" w:rsidRDefault="00DC1078">
            <w:r>
              <w:rPr>
                <w:b/>
                <w:sz w:val="18"/>
              </w:rPr>
              <w:t>사회보험</w:t>
            </w:r>
          </w:p>
        </w:tc>
        <w:tc>
          <w:tcPr>
            <w:tcW w:w="36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484BA6" w14:textId="77777777" w:rsidR="00C95855" w:rsidRDefault="00DC1078">
            <w:r>
              <w:rPr>
                <w:sz w:val="18"/>
              </w:rPr>
              <w:t xml:space="preserve">□ </w:t>
            </w:r>
            <w:r>
              <w:rPr>
                <w:sz w:val="18"/>
              </w:rPr>
              <w:t>고용보험</w:t>
            </w:r>
            <w:r>
              <w:rPr>
                <w:sz w:val="18"/>
              </w:rPr>
              <w:t xml:space="preserve">  □ </w:t>
            </w:r>
            <w:r>
              <w:rPr>
                <w:sz w:val="18"/>
              </w:rPr>
              <w:t>산재보험</w:t>
            </w:r>
            <w:r>
              <w:rPr>
                <w:sz w:val="18"/>
              </w:rPr>
              <w:t xml:space="preserve">  □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국민연금</w:t>
            </w:r>
            <w:r>
              <w:rPr>
                <w:sz w:val="18"/>
              </w:rPr>
              <w:t xml:space="preserve">  □ </w:t>
            </w:r>
            <w:r>
              <w:rPr>
                <w:sz w:val="18"/>
              </w:rPr>
              <w:t>건강보험</w:t>
            </w:r>
          </w:p>
        </w:tc>
        <w:tc>
          <w:tcPr>
            <w:tcW w:w="1587" w:type="dxa"/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8ADBD9" w14:textId="77777777" w:rsidR="00C95855" w:rsidRDefault="00DC1078">
            <w:r>
              <w:rPr>
                <w:b/>
                <w:sz w:val="18"/>
              </w:rPr>
              <w:t>적용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제외</w:t>
            </w:r>
          </w:p>
        </w:tc>
        <w:tc>
          <w:tcPr>
            <w:tcW w:w="36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20E4AD" w14:textId="77777777" w:rsidR="00C95855" w:rsidRDefault="00DC1078">
            <w:r>
              <w:rPr>
                <w:sz w:val="18"/>
              </w:rPr>
              <w:t>사유</w:t>
            </w:r>
            <w:r>
              <w:rPr>
                <w:sz w:val="18"/>
              </w:rPr>
              <w:t xml:space="preserve">:                                      </w:t>
            </w:r>
          </w:p>
        </w:tc>
      </w:tr>
      <w:tr w:rsidR="00C95855" w14:paraId="1755EA73" w14:textId="77777777">
        <w:trPr>
          <w:jc w:val="center"/>
        </w:trPr>
        <w:tc>
          <w:tcPr>
            <w:tcW w:w="1587" w:type="dxa"/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798232" w14:textId="77777777" w:rsidR="00C95855" w:rsidRDefault="00DC1078">
            <w:r>
              <w:rPr>
                <w:b/>
                <w:sz w:val="18"/>
              </w:rPr>
              <w:t>퇴직급여</w:t>
            </w:r>
          </w:p>
        </w:tc>
        <w:tc>
          <w:tcPr>
            <w:tcW w:w="36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846772" w14:textId="77777777" w:rsidR="00C95855" w:rsidRDefault="00DC1078">
            <w:r>
              <w:rPr>
                <w:sz w:val="18"/>
              </w:rPr>
              <w:t>관계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법령상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지급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요건을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충족하는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경우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지급</w:t>
            </w:r>
          </w:p>
        </w:tc>
        <w:tc>
          <w:tcPr>
            <w:tcW w:w="1587" w:type="dxa"/>
            <w:shd w:val="clear" w:color="auto" w:fill="EAF1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5814B7E" w14:textId="77777777" w:rsidR="00C95855" w:rsidRDefault="00DC1078">
            <w:r>
              <w:rPr>
                <w:b/>
                <w:sz w:val="18"/>
              </w:rPr>
              <w:t>퇴직연금</w:t>
            </w:r>
          </w:p>
        </w:tc>
        <w:tc>
          <w:tcPr>
            <w:tcW w:w="36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C39FAC3" w14:textId="77777777" w:rsidR="00C95855" w:rsidRDefault="00DC1078">
            <w:r>
              <w:rPr>
                <w:sz w:val="18"/>
              </w:rPr>
              <w:t xml:space="preserve">□ </w:t>
            </w:r>
            <w:r>
              <w:rPr>
                <w:sz w:val="18"/>
              </w:rPr>
              <w:t>해당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없음</w:t>
            </w:r>
            <w:r>
              <w:rPr>
                <w:sz w:val="18"/>
              </w:rPr>
              <w:t xml:space="preserve">  □ DB</w:t>
            </w:r>
            <w:r>
              <w:rPr>
                <w:sz w:val="18"/>
              </w:rPr>
              <w:t>형</w:t>
            </w:r>
            <w:r>
              <w:rPr>
                <w:sz w:val="18"/>
              </w:rPr>
              <w:t xml:space="preserve">  □ DC</w:t>
            </w:r>
            <w:r>
              <w:rPr>
                <w:sz w:val="18"/>
              </w:rPr>
              <w:t>형</w:t>
            </w:r>
            <w:r>
              <w:rPr>
                <w:sz w:val="18"/>
              </w:rPr>
              <w:t xml:space="preserve">  □ </w:t>
            </w:r>
            <w:r>
              <w:rPr>
                <w:sz w:val="18"/>
              </w:rPr>
              <w:t>기타</w:t>
            </w:r>
          </w:p>
        </w:tc>
      </w:tr>
    </w:tbl>
    <w:p w14:paraId="56100EEC" w14:textId="77777777" w:rsidR="00C95855" w:rsidRDefault="00C95855">
      <w:pPr>
        <w:spacing w:after="20"/>
      </w:pPr>
    </w:p>
    <w:p w14:paraId="41196913" w14:textId="77777777" w:rsidR="00C95855" w:rsidRDefault="00DC1078">
      <w:pPr>
        <w:pStyle w:val="1"/>
      </w:pPr>
      <w:r>
        <w:t xml:space="preserve">7. </w:t>
      </w:r>
      <w:r>
        <w:t>기타</w:t>
      </w:r>
      <w:r>
        <w:t xml:space="preserve"> </w:t>
      </w:r>
      <w:r>
        <w:t>근로조건</w:t>
      </w:r>
    </w:p>
    <w:p w14:paraId="06E0C29E" w14:textId="77777777" w:rsidR="00C95855" w:rsidRDefault="00DC1078">
      <w:pPr>
        <w:spacing w:after="40"/>
        <w:ind w:left="170" w:hanging="170"/>
      </w:pPr>
      <w:r>
        <w:rPr>
          <w:sz w:val="18"/>
        </w:rPr>
        <w:t xml:space="preserve">① </w:t>
      </w:r>
      <w:r>
        <w:rPr>
          <w:sz w:val="18"/>
        </w:rPr>
        <w:t>근로자는</w:t>
      </w:r>
      <w:r>
        <w:rPr>
          <w:sz w:val="18"/>
        </w:rPr>
        <w:t xml:space="preserve"> </w:t>
      </w:r>
      <w:r>
        <w:rPr>
          <w:sz w:val="18"/>
        </w:rPr>
        <w:t>사용자의</w:t>
      </w:r>
      <w:r>
        <w:rPr>
          <w:sz w:val="18"/>
        </w:rPr>
        <w:t xml:space="preserve"> </w:t>
      </w:r>
      <w:r>
        <w:rPr>
          <w:sz w:val="18"/>
        </w:rPr>
        <w:t>적법한</w:t>
      </w:r>
      <w:r>
        <w:rPr>
          <w:sz w:val="18"/>
        </w:rPr>
        <w:t xml:space="preserve"> </w:t>
      </w:r>
      <w:r>
        <w:rPr>
          <w:sz w:val="18"/>
        </w:rPr>
        <w:t>업무지시와</w:t>
      </w:r>
      <w:r>
        <w:rPr>
          <w:sz w:val="18"/>
        </w:rPr>
        <w:t xml:space="preserve"> </w:t>
      </w:r>
      <w:r>
        <w:rPr>
          <w:sz w:val="18"/>
        </w:rPr>
        <w:t>사업장의</w:t>
      </w:r>
      <w:r>
        <w:rPr>
          <w:sz w:val="18"/>
        </w:rPr>
        <w:t xml:space="preserve"> </w:t>
      </w:r>
      <w:r>
        <w:rPr>
          <w:sz w:val="18"/>
        </w:rPr>
        <w:t>취업규칙</w:t>
      </w:r>
      <w:r>
        <w:rPr>
          <w:sz w:val="18"/>
        </w:rPr>
        <w:t xml:space="preserve"> </w:t>
      </w:r>
      <w:r>
        <w:rPr>
          <w:sz w:val="18"/>
        </w:rPr>
        <w:t>및</w:t>
      </w:r>
      <w:r>
        <w:rPr>
          <w:sz w:val="18"/>
        </w:rPr>
        <w:t xml:space="preserve"> </w:t>
      </w:r>
      <w:r>
        <w:rPr>
          <w:sz w:val="18"/>
        </w:rPr>
        <w:t>복무규정을</w:t>
      </w:r>
      <w:r>
        <w:rPr>
          <w:sz w:val="18"/>
        </w:rPr>
        <w:t xml:space="preserve"> </w:t>
      </w:r>
      <w:r>
        <w:rPr>
          <w:sz w:val="18"/>
        </w:rPr>
        <w:t>준수합니다</w:t>
      </w:r>
      <w:r>
        <w:rPr>
          <w:sz w:val="18"/>
        </w:rPr>
        <w:t>.</w:t>
      </w:r>
    </w:p>
    <w:p w14:paraId="7796CA29" w14:textId="77777777" w:rsidR="00C95855" w:rsidRDefault="00DC1078">
      <w:pPr>
        <w:spacing w:after="40"/>
        <w:ind w:left="170" w:hanging="170"/>
      </w:pPr>
      <w:r>
        <w:rPr>
          <w:sz w:val="18"/>
        </w:rPr>
        <w:t xml:space="preserve">② </w:t>
      </w:r>
      <w:r>
        <w:rPr>
          <w:sz w:val="18"/>
        </w:rPr>
        <w:t>사용자는</w:t>
      </w:r>
      <w:r>
        <w:rPr>
          <w:sz w:val="18"/>
        </w:rPr>
        <w:t xml:space="preserve"> </w:t>
      </w:r>
      <w:r>
        <w:rPr>
          <w:sz w:val="18"/>
        </w:rPr>
        <w:t>근로자에게</w:t>
      </w:r>
      <w:r>
        <w:rPr>
          <w:sz w:val="18"/>
        </w:rPr>
        <w:t xml:space="preserve"> </w:t>
      </w:r>
      <w:r>
        <w:rPr>
          <w:sz w:val="18"/>
        </w:rPr>
        <w:t>본</w:t>
      </w:r>
      <w:r>
        <w:rPr>
          <w:sz w:val="18"/>
        </w:rPr>
        <w:t xml:space="preserve"> </w:t>
      </w:r>
      <w:r>
        <w:rPr>
          <w:sz w:val="18"/>
        </w:rPr>
        <w:t>계약서</w:t>
      </w:r>
      <w:r>
        <w:rPr>
          <w:sz w:val="18"/>
        </w:rPr>
        <w:t xml:space="preserve"> 1</w:t>
      </w:r>
      <w:r>
        <w:rPr>
          <w:sz w:val="18"/>
        </w:rPr>
        <w:t>부를</w:t>
      </w:r>
      <w:r>
        <w:rPr>
          <w:sz w:val="18"/>
        </w:rPr>
        <w:t xml:space="preserve"> </w:t>
      </w:r>
      <w:r>
        <w:rPr>
          <w:sz w:val="18"/>
        </w:rPr>
        <w:t>서면</w:t>
      </w:r>
      <w:r>
        <w:rPr>
          <w:sz w:val="18"/>
        </w:rPr>
        <w:t xml:space="preserve"> </w:t>
      </w:r>
      <w:r>
        <w:rPr>
          <w:sz w:val="18"/>
        </w:rPr>
        <w:t>또는</w:t>
      </w:r>
      <w:r>
        <w:rPr>
          <w:sz w:val="18"/>
        </w:rPr>
        <w:t xml:space="preserve"> </w:t>
      </w:r>
      <w:r>
        <w:rPr>
          <w:sz w:val="18"/>
        </w:rPr>
        <w:t>전자문서로</w:t>
      </w:r>
      <w:r>
        <w:rPr>
          <w:sz w:val="18"/>
        </w:rPr>
        <w:t xml:space="preserve"> </w:t>
      </w:r>
      <w:r>
        <w:rPr>
          <w:sz w:val="18"/>
        </w:rPr>
        <w:t>교부합니다</w:t>
      </w:r>
      <w:r>
        <w:rPr>
          <w:sz w:val="18"/>
        </w:rPr>
        <w:t>.</w:t>
      </w:r>
    </w:p>
    <w:p w14:paraId="6ED691E2" w14:textId="77777777" w:rsidR="00C95855" w:rsidRDefault="00DC1078">
      <w:pPr>
        <w:spacing w:after="40"/>
        <w:ind w:left="170" w:hanging="170"/>
      </w:pPr>
      <w:r>
        <w:rPr>
          <w:sz w:val="18"/>
        </w:rPr>
        <w:t xml:space="preserve">③ </w:t>
      </w:r>
      <w:r>
        <w:rPr>
          <w:sz w:val="18"/>
        </w:rPr>
        <w:t>근로조건을</w:t>
      </w:r>
      <w:r>
        <w:rPr>
          <w:sz w:val="18"/>
        </w:rPr>
        <w:t xml:space="preserve"> </w:t>
      </w:r>
      <w:r>
        <w:rPr>
          <w:sz w:val="18"/>
        </w:rPr>
        <w:t>변경할</w:t>
      </w:r>
      <w:r>
        <w:rPr>
          <w:sz w:val="18"/>
        </w:rPr>
        <w:t xml:space="preserve"> </w:t>
      </w:r>
      <w:r>
        <w:rPr>
          <w:sz w:val="18"/>
        </w:rPr>
        <w:t>때에는</w:t>
      </w:r>
      <w:r>
        <w:rPr>
          <w:sz w:val="18"/>
        </w:rPr>
        <w:t xml:space="preserve"> </w:t>
      </w:r>
      <w:r>
        <w:rPr>
          <w:sz w:val="18"/>
        </w:rPr>
        <w:t>당사자가</w:t>
      </w:r>
      <w:r>
        <w:rPr>
          <w:sz w:val="18"/>
        </w:rPr>
        <w:t xml:space="preserve"> </w:t>
      </w:r>
      <w:r>
        <w:rPr>
          <w:sz w:val="18"/>
        </w:rPr>
        <w:t>변경</w:t>
      </w:r>
      <w:r>
        <w:rPr>
          <w:sz w:val="18"/>
        </w:rPr>
        <w:t xml:space="preserve"> </w:t>
      </w:r>
      <w:r>
        <w:rPr>
          <w:sz w:val="18"/>
        </w:rPr>
        <w:t>내용을</w:t>
      </w:r>
      <w:r>
        <w:rPr>
          <w:sz w:val="18"/>
        </w:rPr>
        <w:t xml:space="preserve"> </w:t>
      </w:r>
      <w:r>
        <w:rPr>
          <w:sz w:val="18"/>
        </w:rPr>
        <w:t>확인할</w:t>
      </w:r>
      <w:r>
        <w:rPr>
          <w:sz w:val="18"/>
        </w:rPr>
        <w:t xml:space="preserve"> </w:t>
      </w:r>
      <w:r>
        <w:rPr>
          <w:sz w:val="18"/>
        </w:rPr>
        <w:t>수</w:t>
      </w:r>
      <w:r>
        <w:rPr>
          <w:sz w:val="18"/>
        </w:rPr>
        <w:t xml:space="preserve"> </w:t>
      </w:r>
      <w:r>
        <w:rPr>
          <w:sz w:val="18"/>
        </w:rPr>
        <w:t>있도록</w:t>
      </w:r>
      <w:r>
        <w:rPr>
          <w:sz w:val="18"/>
        </w:rPr>
        <w:t xml:space="preserve"> </w:t>
      </w:r>
      <w:r>
        <w:rPr>
          <w:sz w:val="18"/>
        </w:rPr>
        <w:t>별도의</w:t>
      </w:r>
      <w:r>
        <w:rPr>
          <w:sz w:val="18"/>
        </w:rPr>
        <w:t xml:space="preserve"> </w:t>
      </w:r>
      <w:r>
        <w:rPr>
          <w:sz w:val="18"/>
        </w:rPr>
        <w:t>서면</w:t>
      </w:r>
      <w:r>
        <w:rPr>
          <w:sz w:val="18"/>
        </w:rPr>
        <w:t xml:space="preserve"> </w:t>
      </w:r>
      <w:r>
        <w:rPr>
          <w:sz w:val="18"/>
        </w:rPr>
        <w:t>합의서를</w:t>
      </w:r>
      <w:r>
        <w:rPr>
          <w:sz w:val="18"/>
        </w:rPr>
        <w:t xml:space="preserve"> </w:t>
      </w:r>
      <w:r>
        <w:rPr>
          <w:sz w:val="18"/>
        </w:rPr>
        <w:t>작성합니다</w:t>
      </w:r>
      <w:r>
        <w:rPr>
          <w:sz w:val="18"/>
        </w:rPr>
        <w:t>.</w:t>
      </w:r>
    </w:p>
    <w:p w14:paraId="38A78935" w14:textId="77777777" w:rsidR="00C95855" w:rsidRDefault="00DC1078">
      <w:pPr>
        <w:spacing w:after="40"/>
        <w:ind w:left="170" w:hanging="170"/>
      </w:pPr>
      <w:r>
        <w:rPr>
          <w:sz w:val="18"/>
        </w:rPr>
        <w:t xml:space="preserve">④ </w:t>
      </w:r>
      <w:r>
        <w:rPr>
          <w:sz w:val="18"/>
        </w:rPr>
        <w:t>계약서에</w:t>
      </w:r>
      <w:r>
        <w:rPr>
          <w:sz w:val="18"/>
        </w:rPr>
        <w:t xml:space="preserve"> </w:t>
      </w:r>
      <w:r>
        <w:rPr>
          <w:sz w:val="18"/>
        </w:rPr>
        <w:t>정하지</w:t>
      </w:r>
      <w:r>
        <w:rPr>
          <w:sz w:val="18"/>
        </w:rPr>
        <w:t xml:space="preserve"> </w:t>
      </w:r>
      <w:r>
        <w:rPr>
          <w:sz w:val="18"/>
        </w:rPr>
        <w:t>않은</w:t>
      </w:r>
      <w:r>
        <w:rPr>
          <w:sz w:val="18"/>
        </w:rPr>
        <w:t xml:space="preserve"> </w:t>
      </w:r>
      <w:r>
        <w:rPr>
          <w:sz w:val="18"/>
        </w:rPr>
        <w:t>사항은</w:t>
      </w:r>
      <w:r>
        <w:rPr>
          <w:sz w:val="18"/>
        </w:rPr>
        <w:t xml:space="preserve"> </w:t>
      </w:r>
      <w:r>
        <w:rPr>
          <w:sz w:val="18"/>
        </w:rPr>
        <w:t>근로기준법</w:t>
      </w:r>
      <w:r>
        <w:rPr>
          <w:sz w:val="18"/>
        </w:rPr>
        <w:t xml:space="preserve"> </w:t>
      </w:r>
      <w:r>
        <w:rPr>
          <w:sz w:val="18"/>
        </w:rPr>
        <w:t>등</w:t>
      </w:r>
      <w:r>
        <w:rPr>
          <w:sz w:val="18"/>
        </w:rPr>
        <w:t xml:space="preserve"> </w:t>
      </w:r>
      <w:r>
        <w:rPr>
          <w:sz w:val="18"/>
        </w:rPr>
        <w:t>관계</w:t>
      </w:r>
      <w:r>
        <w:rPr>
          <w:sz w:val="18"/>
        </w:rPr>
        <w:t xml:space="preserve"> </w:t>
      </w:r>
      <w:r>
        <w:rPr>
          <w:sz w:val="18"/>
        </w:rPr>
        <w:t>법령</w:t>
      </w:r>
      <w:r>
        <w:rPr>
          <w:sz w:val="18"/>
        </w:rPr>
        <w:t xml:space="preserve">, </w:t>
      </w:r>
      <w:r>
        <w:rPr>
          <w:sz w:val="18"/>
        </w:rPr>
        <w:t>단체협약</w:t>
      </w:r>
      <w:r>
        <w:rPr>
          <w:sz w:val="18"/>
        </w:rPr>
        <w:t xml:space="preserve"> </w:t>
      </w:r>
      <w:r>
        <w:rPr>
          <w:sz w:val="18"/>
        </w:rPr>
        <w:t>및</w:t>
      </w:r>
      <w:r>
        <w:rPr>
          <w:sz w:val="18"/>
        </w:rPr>
        <w:t xml:space="preserve"> </w:t>
      </w:r>
      <w:r>
        <w:rPr>
          <w:sz w:val="18"/>
        </w:rPr>
        <w:t>취업규칙에</w:t>
      </w:r>
      <w:r>
        <w:rPr>
          <w:sz w:val="18"/>
        </w:rPr>
        <w:t xml:space="preserve"> </w:t>
      </w:r>
      <w:r>
        <w:rPr>
          <w:sz w:val="18"/>
        </w:rPr>
        <w:t>따릅니다</w:t>
      </w:r>
      <w:r>
        <w:rPr>
          <w:sz w:val="18"/>
        </w:rPr>
        <w:t>.</w:t>
      </w:r>
    </w:p>
    <w:p w14:paraId="0E4784B5" w14:textId="77777777" w:rsidR="00C95855" w:rsidRDefault="00DC1078">
      <w:pPr>
        <w:spacing w:after="40"/>
        <w:ind w:left="170" w:hanging="170"/>
      </w:pPr>
      <w:r>
        <w:rPr>
          <w:sz w:val="18"/>
        </w:rPr>
        <w:t xml:space="preserve">⑤ </w:t>
      </w:r>
      <w:r>
        <w:rPr>
          <w:sz w:val="18"/>
        </w:rPr>
        <w:t>본</w:t>
      </w:r>
      <w:r>
        <w:rPr>
          <w:sz w:val="18"/>
        </w:rPr>
        <w:t xml:space="preserve"> </w:t>
      </w:r>
      <w:r>
        <w:rPr>
          <w:sz w:val="18"/>
        </w:rPr>
        <w:t>계약의</w:t>
      </w:r>
      <w:r>
        <w:rPr>
          <w:sz w:val="18"/>
        </w:rPr>
        <w:t xml:space="preserve"> </w:t>
      </w:r>
      <w:r>
        <w:rPr>
          <w:sz w:val="18"/>
        </w:rPr>
        <w:t>내용이</w:t>
      </w:r>
      <w:r>
        <w:rPr>
          <w:sz w:val="18"/>
        </w:rPr>
        <w:t xml:space="preserve"> </w:t>
      </w:r>
      <w:r>
        <w:rPr>
          <w:sz w:val="18"/>
        </w:rPr>
        <w:t>관계</w:t>
      </w:r>
      <w:r>
        <w:rPr>
          <w:sz w:val="18"/>
        </w:rPr>
        <w:t xml:space="preserve"> </w:t>
      </w:r>
      <w:r>
        <w:rPr>
          <w:sz w:val="18"/>
        </w:rPr>
        <w:t>법령의</w:t>
      </w:r>
      <w:r>
        <w:rPr>
          <w:sz w:val="18"/>
        </w:rPr>
        <w:t xml:space="preserve"> </w:t>
      </w:r>
      <w:r>
        <w:rPr>
          <w:sz w:val="18"/>
        </w:rPr>
        <w:t>강행규정에</w:t>
      </w:r>
      <w:r>
        <w:rPr>
          <w:sz w:val="18"/>
        </w:rPr>
        <w:t xml:space="preserve"> </w:t>
      </w:r>
      <w:r>
        <w:rPr>
          <w:sz w:val="18"/>
        </w:rPr>
        <w:t>미달하는</w:t>
      </w:r>
      <w:r>
        <w:rPr>
          <w:sz w:val="18"/>
        </w:rPr>
        <w:t xml:space="preserve"> </w:t>
      </w:r>
      <w:r>
        <w:rPr>
          <w:sz w:val="18"/>
        </w:rPr>
        <w:t>경우에는</w:t>
      </w:r>
      <w:r>
        <w:rPr>
          <w:sz w:val="18"/>
        </w:rPr>
        <w:t xml:space="preserve"> </w:t>
      </w:r>
      <w:r>
        <w:rPr>
          <w:sz w:val="18"/>
        </w:rPr>
        <w:t>해당</w:t>
      </w:r>
      <w:r>
        <w:rPr>
          <w:sz w:val="18"/>
        </w:rPr>
        <w:t xml:space="preserve"> </w:t>
      </w:r>
      <w:r>
        <w:rPr>
          <w:sz w:val="18"/>
        </w:rPr>
        <w:t>법령의</w:t>
      </w:r>
      <w:r>
        <w:rPr>
          <w:sz w:val="18"/>
        </w:rPr>
        <w:t xml:space="preserve"> </w:t>
      </w:r>
      <w:r>
        <w:rPr>
          <w:sz w:val="18"/>
        </w:rPr>
        <w:t>기준을</w:t>
      </w:r>
      <w:r>
        <w:rPr>
          <w:sz w:val="18"/>
        </w:rPr>
        <w:t xml:space="preserve"> </w:t>
      </w:r>
      <w:r>
        <w:rPr>
          <w:sz w:val="18"/>
        </w:rPr>
        <w:t>적용합니다</w:t>
      </w:r>
      <w:r>
        <w:rPr>
          <w:sz w:val="18"/>
        </w:rPr>
        <w:t>.</w:t>
      </w:r>
    </w:p>
    <w:p w14:paraId="68BACE0C" w14:textId="77777777" w:rsidR="00C95855" w:rsidRDefault="00DC1078">
      <w:pPr>
        <w:pStyle w:val="1"/>
      </w:pPr>
      <w:r>
        <w:t xml:space="preserve">8. </w:t>
      </w:r>
      <w:r>
        <w:t>특약사항</w:t>
      </w:r>
    </w:p>
    <w:p w14:paraId="617F8856" w14:textId="77777777" w:rsidR="00C95855" w:rsidRDefault="00DC1078">
      <w:pPr>
        <w:spacing w:after="40"/>
      </w:pPr>
      <w:r>
        <w:t>________________________________________________________________________________</w:t>
      </w:r>
    </w:p>
    <w:p w14:paraId="749E2D3F" w14:textId="77777777" w:rsidR="00C95855" w:rsidRDefault="00DC1078">
      <w:pPr>
        <w:spacing w:after="40"/>
      </w:pPr>
      <w:r>
        <w:t>________________________________________________________________________________</w:t>
      </w:r>
    </w:p>
    <w:p w14:paraId="733ABA34" w14:textId="77777777" w:rsidR="00C95855" w:rsidRDefault="00DC1078">
      <w:pPr>
        <w:spacing w:after="40"/>
      </w:pPr>
      <w:r>
        <w:t>________________________________________________________________________________</w:t>
      </w:r>
    </w:p>
    <w:p w14:paraId="2F064185" w14:textId="77777777" w:rsidR="00C95855" w:rsidRDefault="00DC1078">
      <w:pPr>
        <w:spacing w:after="40"/>
      </w:pPr>
      <w:r>
        <w:t>_____________</w:t>
      </w:r>
      <w:r>
        <w:t>___________________________________________________________________</w:t>
      </w:r>
    </w:p>
    <w:p w14:paraId="1E0C630F" w14:textId="77777777" w:rsidR="00C95855" w:rsidRDefault="00DC1078">
      <w:pPr>
        <w:pStyle w:val="1"/>
      </w:pPr>
      <w:r>
        <w:t xml:space="preserve">9. </w:t>
      </w:r>
      <w:r>
        <w:t>계약</w:t>
      </w:r>
      <w:r>
        <w:t xml:space="preserve"> </w:t>
      </w:r>
      <w:r>
        <w:t>체결</w:t>
      </w:r>
      <w:r>
        <w:t xml:space="preserve"> </w:t>
      </w:r>
      <w:r>
        <w:t>및</w:t>
      </w:r>
      <w:r>
        <w:t xml:space="preserve"> </w:t>
      </w:r>
      <w:r>
        <w:t>교부</w:t>
      </w:r>
      <w:r>
        <w:t xml:space="preserve"> </w:t>
      </w:r>
      <w:r>
        <w:t>확인</w:t>
      </w:r>
    </w:p>
    <w:p w14:paraId="5C4104D3" w14:textId="77777777" w:rsidR="00C95855" w:rsidRDefault="00DC1078">
      <w:pPr>
        <w:jc w:val="center"/>
      </w:pPr>
      <w:r>
        <w:rPr>
          <w:b/>
          <w:sz w:val="22"/>
        </w:rPr>
        <w:t xml:space="preserve">20        </w:t>
      </w:r>
      <w:r>
        <w:rPr>
          <w:b/>
          <w:sz w:val="22"/>
        </w:rPr>
        <w:t>년</w:t>
      </w:r>
      <w:r>
        <w:rPr>
          <w:b/>
          <w:sz w:val="22"/>
        </w:rPr>
        <w:t xml:space="preserve">        </w:t>
      </w:r>
      <w:r>
        <w:rPr>
          <w:b/>
          <w:sz w:val="22"/>
        </w:rPr>
        <w:t>월</w:t>
      </w:r>
      <w:r>
        <w:rPr>
          <w:b/>
          <w:sz w:val="22"/>
        </w:rPr>
        <w:t xml:space="preserve">        </w:t>
      </w:r>
      <w:r>
        <w:rPr>
          <w:b/>
          <w:sz w:val="22"/>
        </w:rPr>
        <w:t>일</w:t>
      </w:r>
    </w:p>
    <w:tbl>
      <w:tblPr>
        <w:tblStyle w:val="af9"/>
        <w:tblW w:w="0" w:type="auto"/>
        <w:jc w:val="center"/>
        <w:tblLook w:val="04A0" w:firstRow="1" w:lastRow="0" w:firstColumn="1" w:lastColumn="0" w:noHBand="0" w:noVBand="1"/>
      </w:tblPr>
      <w:tblGrid>
        <w:gridCol w:w="2604"/>
        <w:gridCol w:w="2604"/>
        <w:gridCol w:w="2604"/>
        <w:gridCol w:w="2604"/>
      </w:tblGrid>
      <w:tr w:rsidR="00C95855" w14:paraId="24BF44B3" w14:textId="77777777">
        <w:trPr>
          <w:jc w:val="center"/>
        </w:trPr>
        <w:tc>
          <w:tcPr>
            <w:tcW w:w="2606" w:type="dxa"/>
            <w:shd w:val="clear" w:color="auto" w:fill="D9E7F5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4562EC57" w14:textId="77777777" w:rsidR="00C95855" w:rsidRDefault="00DC1078">
            <w:pPr>
              <w:jc w:val="center"/>
            </w:pPr>
            <w:r>
              <w:rPr>
                <w:b/>
                <w:sz w:val="17"/>
              </w:rPr>
              <w:t>구분</w:t>
            </w:r>
          </w:p>
        </w:tc>
        <w:tc>
          <w:tcPr>
            <w:tcW w:w="2606" w:type="dxa"/>
            <w:shd w:val="clear" w:color="auto" w:fill="D9E7F5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7F11AFB3" w14:textId="77777777" w:rsidR="00C95855" w:rsidRDefault="00DC1078">
            <w:pPr>
              <w:jc w:val="center"/>
            </w:pPr>
            <w:r>
              <w:rPr>
                <w:b/>
                <w:sz w:val="17"/>
              </w:rPr>
              <w:t>성명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z w:val="17"/>
              </w:rPr>
              <w:t>또는</w:t>
            </w:r>
            <w:r>
              <w:rPr>
                <w:b/>
                <w:sz w:val="17"/>
              </w:rPr>
              <w:t xml:space="preserve"> </w:t>
            </w:r>
            <w:r>
              <w:rPr>
                <w:b/>
                <w:sz w:val="17"/>
              </w:rPr>
              <w:t>상호</w:t>
            </w:r>
          </w:p>
        </w:tc>
        <w:tc>
          <w:tcPr>
            <w:tcW w:w="2606" w:type="dxa"/>
            <w:shd w:val="clear" w:color="auto" w:fill="D9E7F5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648E6E05" w14:textId="77777777" w:rsidR="00C95855" w:rsidRDefault="00DC1078">
            <w:pPr>
              <w:jc w:val="center"/>
            </w:pPr>
            <w:r>
              <w:rPr>
                <w:b/>
                <w:sz w:val="17"/>
              </w:rPr>
              <w:t>주소</w:t>
            </w:r>
          </w:p>
        </w:tc>
        <w:tc>
          <w:tcPr>
            <w:tcW w:w="2606" w:type="dxa"/>
            <w:shd w:val="clear" w:color="auto" w:fill="D9E7F5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471FA9BB" w14:textId="77777777" w:rsidR="00C95855" w:rsidRDefault="00DC1078">
            <w:pPr>
              <w:jc w:val="center"/>
            </w:pPr>
            <w:r>
              <w:rPr>
                <w:b/>
                <w:sz w:val="17"/>
              </w:rPr>
              <w:t>서명</w:t>
            </w:r>
            <w:r>
              <w:rPr>
                <w:b/>
                <w:sz w:val="17"/>
              </w:rPr>
              <w:t>·</w:t>
            </w:r>
            <w:r>
              <w:rPr>
                <w:b/>
                <w:sz w:val="17"/>
              </w:rPr>
              <w:t>날인</w:t>
            </w:r>
          </w:p>
        </w:tc>
      </w:tr>
      <w:tr w:rsidR="00C95855" w14:paraId="151DC58E" w14:textId="77777777">
        <w:trPr>
          <w:jc w:val="center"/>
        </w:trPr>
        <w:tc>
          <w:tcPr>
            <w:tcW w:w="2606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58BB51BB" w14:textId="77777777" w:rsidR="00C95855" w:rsidRDefault="00DC1078">
            <w:pPr>
              <w:jc w:val="center"/>
            </w:pPr>
            <w:r>
              <w:rPr>
                <w:sz w:val="17"/>
              </w:rPr>
              <w:t>사용자</w:t>
            </w:r>
          </w:p>
        </w:tc>
        <w:tc>
          <w:tcPr>
            <w:tcW w:w="2606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253B5072" w14:textId="77777777" w:rsidR="00C95855" w:rsidRDefault="00C95855">
            <w:pPr>
              <w:jc w:val="center"/>
            </w:pPr>
          </w:p>
        </w:tc>
        <w:tc>
          <w:tcPr>
            <w:tcW w:w="2606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6F89F343" w14:textId="77777777" w:rsidR="00C95855" w:rsidRDefault="00C95855">
            <w:pPr>
              <w:jc w:val="center"/>
            </w:pPr>
          </w:p>
        </w:tc>
        <w:tc>
          <w:tcPr>
            <w:tcW w:w="2606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1A4646FB" w14:textId="77777777" w:rsidR="00C95855" w:rsidRDefault="00DC1078">
            <w:pPr>
              <w:jc w:val="center"/>
            </w:pPr>
            <w:r>
              <w:rPr>
                <w:sz w:val="17"/>
              </w:rPr>
              <w:t>(</w:t>
            </w:r>
            <w:r>
              <w:rPr>
                <w:sz w:val="17"/>
              </w:rPr>
              <w:t>서명</w:t>
            </w:r>
            <w:r>
              <w:rPr>
                <w:sz w:val="17"/>
              </w:rPr>
              <w:t xml:space="preserve"> </w:t>
            </w:r>
            <w:r>
              <w:rPr>
                <w:sz w:val="17"/>
              </w:rPr>
              <w:t>또는</w:t>
            </w:r>
            <w:r>
              <w:rPr>
                <w:sz w:val="17"/>
              </w:rPr>
              <w:t xml:space="preserve"> </w:t>
            </w:r>
            <w:r>
              <w:rPr>
                <w:sz w:val="17"/>
              </w:rPr>
              <w:t>인</w:t>
            </w:r>
            <w:r>
              <w:rPr>
                <w:sz w:val="17"/>
              </w:rPr>
              <w:t>)</w:t>
            </w:r>
          </w:p>
        </w:tc>
      </w:tr>
      <w:tr w:rsidR="00C95855" w14:paraId="46879EDB" w14:textId="77777777">
        <w:trPr>
          <w:jc w:val="center"/>
        </w:trPr>
        <w:tc>
          <w:tcPr>
            <w:tcW w:w="2606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32309F2B" w14:textId="77777777" w:rsidR="00C95855" w:rsidRDefault="00DC1078">
            <w:pPr>
              <w:jc w:val="center"/>
            </w:pPr>
            <w:r>
              <w:rPr>
                <w:sz w:val="17"/>
              </w:rPr>
              <w:t>근로자</w:t>
            </w:r>
          </w:p>
        </w:tc>
        <w:tc>
          <w:tcPr>
            <w:tcW w:w="2606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0E571282" w14:textId="77777777" w:rsidR="00C95855" w:rsidRDefault="00C95855">
            <w:pPr>
              <w:jc w:val="center"/>
            </w:pPr>
          </w:p>
        </w:tc>
        <w:tc>
          <w:tcPr>
            <w:tcW w:w="2606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3D6DCF8E" w14:textId="77777777" w:rsidR="00C95855" w:rsidRDefault="00C95855">
            <w:pPr>
              <w:jc w:val="center"/>
            </w:pPr>
          </w:p>
        </w:tc>
        <w:tc>
          <w:tcPr>
            <w:tcW w:w="2606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38C05B9E" w14:textId="77777777" w:rsidR="00C95855" w:rsidRDefault="00DC1078">
            <w:pPr>
              <w:jc w:val="center"/>
            </w:pPr>
            <w:r>
              <w:rPr>
                <w:sz w:val="17"/>
              </w:rPr>
              <w:t>(</w:t>
            </w:r>
            <w:r>
              <w:rPr>
                <w:sz w:val="17"/>
              </w:rPr>
              <w:t>서명</w:t>
            </w:r>
            <w:r>
              <w:rPr>
                <w:sz w:val="17"/>
              </w:rPr>
              <w:t xml:space="preserve"> </w:t>
            </w:r>
            <w:r>
              <w:rPr>
                <w:sz w:val="17"/>
              </w:rPr>
              <w:t>또는</w:t>
            </w:r>
            <w:r>
              <w:rPr>
                <w:sz w:val="17"/>
              </w:rPr>
              <w:t xml:space="preserve"> </w:t>
            </w:r>
            <w:r>
              <w:rPr>
                <w:sz w:val="17"/>
              </w:rPr>
              <w:t>인</w:t>
            </w:r>
            <w:r>
              <w:rPr>
                <w:sz w:val="17"/>
              </w:rPr>
              <w:t>)</w:t>
            </w:r>
          </w:p>
        </w:tc>
      </w:tr>
      <w:tr w:rsidR="00C95855" w14:paraId="5B9CE5B7" w14:textId="77777777">
        <w:trPr>
          <w:jc w:val="center"/>
        </w:trPr>
        <w:tc>
          <w:tcPr>
            <w:tcW w:w="2606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5BE604F5" w14:textId="77777777" w:rsidR="00C95855" w:rsidRDefault="00DC1078">
            <w:pPr>
              <w:jc w:val="center"/>
            </w:pPr>
            <w:r>
              <w:rPr>
                <w:sz w:val="17"/>
              </w:rPr>
              <w:t>교부</w:t>
            </w:r>
            <w:r>
              <w:rPr>
                <w:sz w:val="17"/>
              </w:rPr>
              <w:t xml:space="preserve"> </w:t>
            </w:r>
            <w:r>
              <w:rPr>
                <w:sz w:val="17"/>
              </w:rPr>
              <w:t>확인</w:t>
            </w:r>
          </w:p>
        </w:tc>
        <w:tc>
          <w:tcPr>
            <w:tcW w:w="5212" w:type="dxa"/>
            <w:gridSpan w:val="2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22591D32" w14:textId="77777777" w:rsidR="00C95855" w:rsidRDefault="00DC1078">
            <w:pPr>
              <w:jc w:val="center"/>
            </w:pPr>
            <w:r>
              <w:rPr>
                <w:sz w:val="17"/>
              </w:rPr>
              <w:t>근로자는</w:t>
            </w:r>
            <w:r>
              <w:rPr>
                <w:sz w:val="17"/>
              </w:rPr>
              <w:t xml:space="preserve"> </w:t>
            </w:r>
            <w:r>
              <w:rPr>
                <w:sz w:val="17"/>
              </w:rPr>
              <w:t>본</w:t>
            </w:r>
            <w:r>
              <w:rPr>
                <w:sz w:val="17"/>
              </w:rPr>
              <w:t xml:space="preserve"> </w:t>
            </w:r>
            <w:r>
              <w:rPr>
                <w:sz w:val="17"/>
              </w:rPr>
              <w:t>계약서</w:t>
            </w:r>
            <w:r>
              <w:rPr>
                <w:sz w:val="17"/>
              </w:rPr>
              <w:t xml:space="preserve"> 1</w:t>
            </w:r>
            <w:r>
              <w:rPr>
                <w:sz w:val="17"/>
              </w:rPr>
              <w:t>부를</w:t>
            </w:r>
            <w:r>
              <w:rPr>
                <w:sz w:val="17"/>
              </w:rPr>
              <w:t xml:space="preserve"> </w:t>
            </w:r>
            <w:r>
              <w:rPr>
                <w:sz w:val="17"/>
              </w:rPr>
              <w:t>교부받았음을</w:t>
            </w:r>
            <w:r>
              <w:rPr>
                <w:sz w:val="17"/>
              </w:rPr>
              <w:t xml:space="preserve"> </w:t>
            </w:r>
            <w:r>
              <w:rPr>
                <w:sz w:val="17"/>
              </w:rPr>
              <w:t>확인합니다</w:t>
            </w:r>
            <w:r>
              <w:rPr>
                <w:sz w:val="17"/>
              </w:rPr>
              <w:t>.</w:t>
            </w:r>
          </w:p>
          <w:p w14:paraId="4FC1DA1C" w14:textId="77777777" w:rsidR="00C95855" w:rsidRDefault="00C95855">
            <w:pPr>
              <w:jc w:val="center"/>
            </w:pPr>
          </w:p>
        </w:tc>
        <w:tc>
          <w:tcPr>
            <w:tcW w:w="2606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5AD940EF" w14:textId="77777777" w:rsidR="00C95855" w:rsidRDefault="00DC1078">
            <w:pPr>
              <w:jc w:val="center"/>
            </w:pPr>
            <w:r>
              <w:rPr>
                <w:sz w:val="17"/>
              </w:rPr>
              <w:t>근로자</w:t>
            </w:r>
            <w:r>
              <w:rPr>
                <w:sz w:val="17"/>
              </w:rPr>
              <w:t>:             (</w:t>
            </w:r>
            <w:r>
              <w:rPr>
                <w:sz w:val="17"/>
              </w:rPr>
              <w:t>서명</w:t>
            </w:r>
            <w:r>
              <w:rPr>
                <w:sz w:val="17"/>
              </w:rPr>
              <w:t>)</w:t>
            </w:r>
          </w:p>
        </w:tc>
      </w:tr>
    </w:tbl>
    <w:p w14:paraId="2D2595F7" w14:textId="77777777" w:rsidR="00C95855" w:rsidRDefault="00C95855"/>
    <w:p w14:paraId="15F70192" w14:textId="77777777" w:rsidR="00C95855" w:rsidRDefault="00DC1078">
      <w:r>
        <w:rPr>
          <w:color w:val="5A5A5A"/>
          <w:sz w:val="15"/>
        </w:rPr>
        <w:t>작성</w:t>
      </w:r>
      <w:r>
        <w:rPr>
          <w:color w:val="5A5A5A"/>
          <w:sz w:val="15"/>
        </w:rPr>
        <w:t xml:space="preserve"> </w:t>
      </w:r>
      <w:r>
        <w:rPr>
          <w:color w:val="5A5A5A"/>
          <w:sz w:val="15"/>
        </w:rPr>
        <w:t>참고</w:t>
      </w:r>
      <w:r>
        <w:rPr>
          <w:color w:val="5A5A5A"/>
          <w:sz w:val="15"/>
        </w:rPr>
        <w:t xml:space="preserve">: </w:t>
      </w:r>
      <w:r>
        <w:rPr>
          <w:color w:val="5A5A5A"/>
          <w:sz w:val="15"/>
        </w:rPr>
        <w:t>고용노동부</w:t>
      </w:r>
      <w:r>
        <w:rPr>
          <w:color w:val="5A5A5A"/>
          <w:sz w:val="15"/>
        </w:rPr>
        <w:t xml:space="preserve"> 2025</w:t>
      </w:r>
      <w:r>
        <w:rPr>
          <w:color w:val="5A5A5A"/>
          <w:sz w:val="15"/>
        </w:rPr>
        <w:t>년</w:t>
      </w:r>
      <w:r>
        <w:rPr>
          <w:color w:val="5A5A5A"/>
          <w:sz w:val="15"/>
        </w:rPr>
        <w:t xml:space="preserve"> </w:t>
      </w:r>
      <w:r>
        <w:rPr>
          <w:color w:val="5A5A5A"/>
          <w:sz w:val="15"/>
        </w:rPr>
        <w:t>표준</w:t>
      </w:r>
      <w:r>
        <w:rPr>
          <w:color w:val="5A5A5A"/>
          <w:sz w:val="15"/>
        </w:rPr>
        <w:t xml:space="preserve"> </w:t>
      </w:r>
      <w:r>
        <w:rPr>
          <w:color w:val="5A5A5A"/>
          <w:sz w:val="15"/>
        </w:rPr>
        <w:t>근로계약서</w:t>
      </w:r>
      <w:r>
        <w:rPr>
          <w:color w:val="5A5A5A"/>
          <w:sz w:val="15"/>
        </w:rPr>
        <w:t xml:space="preserve"> </w:t>
      </w:r>
      <w:r>
        <w:rPr>
          <w:color w:val="5A5A5A"/>
          <w:sz w:val="15"/>
        </w:rPr>
        <w:t>및</w:t>
      </w:r>
      <w:r>
        <w:rPr>
          <w:color w:val="5A5A5A"/>
          <w:sz w:val="15"/>
        </w:rPr>
        <w:t xml:space="preserve"> </w:t>
      </w:r>
      <w:r>
        <w:rPr>
          <w:color w:val="5A5A5A"/>
          <w:sz w:val="15"/>
        </w:rPr>
        <w:t>근로기준법</w:t>
      </w:r>
      <w:r>
        <w:rPr>
          <w:color w:val="5A5A5A"/>
          <w:sz w:val="15"/>
        </w:rPr>
        <w:t xml:space="preserve"> </w:t>
      </w:r>
      <w:r>
        <w:rPr>
          <w:color w:val="5A5A5A"/>
          <w:sz w:val="15"/>
        </w:rPr>
        <w:t>제</w:t>
      </w:r>
      <w:r>
        <w:rPr>
          <w:color w:val="5A5A5A"/>
          <w:sz w:val="15"/>
        </w:rPr>
        <w:t>17</w:t>
      </w:r>
      <w:r>
        <w:rPr>
          <w:color w:val="5A5A5A"/>
          <w:sz w:val="15"/>
        </w:rPr>
        <w:t>조의</w:t>
      </w:r>
      <w:r>
        <w:rPr>
          <w:color w:val="5A5A5A"/>
          <w:sz w:val="15"/>
        </w:rPr>
        <w:t xml:space="preserve"> </w:t>
      </w:r>
      <w:r>
        <w:rPr>
          <w:color w:val="5A5A5A"/>
          <w:sz w:val="15"/>
        </w:rPr>
        <w:t>주요</w:t>
      </w:r>
      <w:r>
        <w:rPr>
          <w:color w:val="5A5A5A"/>
          <w:sz w:val="15"/>
        </w:rPr>
        <w:t xml:space="preserve"> </w:t>
      </w:r>
      <w:r>
        <w:rPr>
          <w:color w:val="5A5A5A"/>
          <w:sz w:val="15"/>
        </w:rPr>
        <w:t>명시사항을</w:t>
      </w:r>
      <w:r>
        <w:rPr>
          <w:color w:val="5A5A5A"/>
          <w:sz w:val="15"/>
        </w:rPr>
        <w:t xml:space="preserve"> </w:t>
      </w:r>
      <w:r>
        <w:rPr>
          <w:color w:val="5A5A5A"/>
          <w:sz w:val="15"/>
        </w:rPr>
        <w:t>참고하여</w:t>
      </w:r>
      <w:r>
        <w:rPr>
          <w:color w:val="5A5A5A"/>
          <w:sz w:val="15"/>
        </w:rPr>
        <w:t xml:space="preserve"> </w:t>
      </w:r>
      <w:r>
        <w:rPr>
          <w:color w:val="5A5A5A"/>
          <w:sz w:val="15"/>
        </w:rPr>
        <w:t>구성한</w:t>
      </w:r>
      <w:r>
        <w:rPr>
          <w:color w:val="5A5A5A"/>
          <w:sz w:val="15"/>
        </w:rPr>
        <w:t xml:space="preserve"> </w:t>
      </w:r>
      <w:r>
        <w:rPr>
          <w:color w:val="5A5A5A"/>
          <w:sz w:val="15"/>
        </w:rPr>
        <w:t>일반형</w:t>
      </w:r>
      <w:r>
        <w:rPr>
          <w:color w:val="5A5A5A"/>
          <w:sz w:val="15"/>
        </w:rPr>
        <w:t xml:space="preserve"> </w:t>
      </w:r>
      <w:r>
        <w:rPr>
          <w:color w:val="5A5A5A"/>
          <w:sz w:val="15"/>
        </w:rPr>
        <w:t>양식입니다</w:t>
      </w:r>
      <w:r>
        <w:rPr>
          <w:color w:val="5A5A5A"/>
          <w:sz w:val="15"/>
        </w:rPr>
        <w:t xml:space="preserve">. </w:t>
      </w:r>
      <w:r>
        <w:rPr>
          <w:color w:val="5A5A5A"/>
          <w:sz w:val="15"/>
        </w:rPr>
        <w:t>사업장</w:t>
      </w:r>
      <w:r>
        <w:rPr>
          <w:color w:val="5A5A5A"/>
          <w:sz w:val="15"/>
        </w:rPr>
        <w:t xml:space="preserve"> </w:t>
      </w:r>
      <w:r>
        <w:rPr>
          <w:color w:val="5A5A5A"/>
          <w:sz w:val="15"/>
        </w:rPr>
        <w:t>규모</w:t>
      </w:r>
      <w:r>
        <w:rPr>
          <w:color w:val="5A5A5A"/>
          <w:sz w:val="15"/>
        </w:rPr>
        <w:t xml:space="preserve">, </w:t>
      </w:r>
      <w:r>
        <w:rPr>
          <w:color w:val="5A5A5A"/>
          <w:sz w:val="15"/>
        </w:rPr>
        <w:t>근로형태</w:t>
      </w:r>
      <w:r>
        <w:rPr>
          <w:color w:val="5A5A5A"/>
          <w:sz w:val="15"/>
        </w:rPr>
        <w:t xml:space="preserve">, </w:t>
      </w:r>
      <w:r>
        <w:rPr>
          <w:color w:val="5A5A5A"/>
          <w:sz w:val="15"/>
        </w:rPr>
        <w:t>교대제</w:t>
      </w:r>
      <w:r>
        <w:rPr>
          <w:color w:val="5A5A5A"/>
          <w:sz w:val="15"/>
        </w:rPr>
        <w:t xml:space="preserve">, </w:t>
      </w:r>
      <w:r>
        <w:rPr>
          <w:color w:val="5A5A5A"/>
          <w:sz w:val="15"/>
        </w:rPr>
        <w:t>기간제</w:t>
      </w:r>
      <w:r>
        <w:rPr>
          <w:color w:val="5A5A5A"/>
          <w:sz w:val="15"/>
        </w:rPr>
        <w:t>·</w:t>
      </w:r>
      <w:r>
        <w:rPr>
          <w:color w:val="5A5A5A"/>
          <w:sz w:val="15"/>
        </w:rPr>
        <w:t>단시간근로</w:t>
      </w:r>
      <w:r>
        <w:rPr>
          <w:color w:val="5A5A5A"/>
          <w:sz w:val="15"/>
        </w:rPr>
        <w:t xml:space="preserve"> </w:t>
      </w:r>
      <w:r>
        <w:rPr>
          <w:color w:val="5A5A5A"/>
          <w:sz w:val="15"/>
        </w:rPr>
        <w:t>여부</w:t>
      </w:r>
      <w:r>
        <w:rPr>
          <w:color w:val="5A5A5A"/>
          <w:sz w:val="15"/>
        </w:rPr>
        <w:t xml:space="preserve"> </w:t>
      </w:r>
      <w:r>
        <w:rPr>
          <w:color w:val="5A5A5A"/>
          <w:sz w:val="15"/>
        </w:rPr>
        <w:t>등에</w:t>
      </w:r>
      <w:r>
        <w:rPr>
          <w:color w:val="5A5A5A"/>
          <w:sz w:val="15"/>
        </w:rPr>
        <w:t xml:space="preserve"> </w:t>
      </w:r>
      <w:r>
        <w:rPr>
          <w:color w:val="5A5A5A"/>
          <w:sz w:val="15"/>
        </w:rPr>
        <w:t>따라</w:t>
      </w:r>
      <w:r>
        <w:rPr>
          <w:color w:val="5A5A5A"/>
          <w:sz w:val="15"/>
        </w:rPr>
        <w:t xml:space="preserve"> </w:t>
      </w:r>
      <w:r>
        <w:rPr>
          <w:color w:val="5A5A5A"/>
          <w:sz w:val="15"/>
        </w:rPr>
        <w:t>추가</w:t>
      </w:r>
      <w:r>
        <w:rPr>
          <w:color w:val="5A5A5A"/>
          <w:sz w:val="15"/>
        </w:rPr>
        <w:t xml:space="preserve"> </w:t>
      </w:r>
      <w:r>
        <w:rPr>
          <w:color w:val="5A5A5A"/>
          <w:sz w:val="15"/>
        </w:rPr>
        <w:t>조항이</w:t>
      </w:r>
      <w:r>
        <w:rPr>
          <w:color w:val="5A5A5A"/>
          <w:sz w:val="15"/>
        </w:rPr>
        <w:t xml:space="preserve"> </w:t>
      </w:r>
      <w:r>
        <w:rPr>
          <w:color w:val="5A5A5A"/>
          <w:sz w:val="15"/>
        </w:rPr>
        <w:t>필요할</w:t>
      </w:r>
      <w:r>
        <w:rPr>
          <w:color w:val="5A5A5A"/>
          <w:sz w:val="15"/>
        </w:rPr>
        <w:t xml:space="preserve"> </w:t>
      </w:r>
      <w:r>
        <w:rPr>
          <w:color w:val="5A5A5A"/>
          <w:sz w:val="15"/>
        </w:rPr>
        <w:t>수</w:t>
      </w:r>
      <w:r>
        <w:rPr>
          <w:color w:val="5A5A5A"/>
          <w:sz w:val="15"/>
        </w:rPr>
        <w:t xml:space="preserve"> </w:t>
      </w:r>
      <w:r>
        <w:rPr>
          <w:color w:val="5A5A5A"/>
          <w:sz w:val="15"/>
        </w:rPr>
        <w:t>있습니다</w:t>
      </w:r>
      <w:r>
        <w:rPr>
          <w:color w:val="5A5A5A"/>
          <w:sz w:val="15"/>
        </w:rPr>
        <w:t>.</w:t>
      </w:r>
    </w:p>
    <w:sectPr w:rsidR="00C95855" w:rsidSect="00034616">
      <w:footerReference w:type="default" r:id="rId8"/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058897" w14:textId="77777777" w:rsidR="00DC1078" w:rsidRDefault="00DC1078">
      <w:pPr>
        <w:spacing w:after="0" w:line="240" w:lineRule="auto"/>
      </w:pPr>
      <w:r>
        <w:separator/>
      </w:r>
    </w:p>
  </w:endnote>
  <w:endnote w:type="continuationSeparator" w:id="0">
    <w:p w14:paraId="41464D9E" w14:textId="77777777" w:rsidR="00DC1078" w:rsidRDefault="00DC1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43AEDE" w14:textId="77777777" w:rsidR="00C95855" w:rsidRDefault="00DC1078">
    <w:pPr>
      <w:pStyle w:val="a6"/>
      <w:jc w:val="center"/>
    </w:pPr>
    <w:r>
      <w:rPr>
        <w:color w:val="6E6E6E"/>
        <w:sz w:val="16"/>
      </w:rPr>
      <w:t>근로계약서</w:t>
    </w:r>
    <w:r>
      <w:rPr>
        <w:color w:val="6E6E6E"/>
        <w:sz w:val="16"/>
      </w:rPr>
      <w:t xml:space="preserve"> </w:t>
    </w:r>
    <w:r>
      <w:rPr>
        <w:color w:val="6E6E6E"/>
        <w:sz w:val="16"/>
      </w:rPr>
      <w:t>양식</w:t>
    </w:r>
    <w:r>
      <w:rPr>
        <w:color w:val="6E6E6E"/>
        <w:sz w:val="16"/>
      </w:rPr>
      <w:t xml:space="preserve"> | </w:t>
    </w:r>
    <w:r>
      <w:rPr>
        <w:color w:val="6E6E6E"/>
        <w:sz w:val="16"/>
      </w:rPr>
      <w:t>사용자</w:t>
    </w:r>
    <w:r>
      <w:rPr>
        <w:color w:val="6E6E6E"/>
        <w:sz w:val="16"/>
      </w:rPr>
      <w:t>·</w:t>
    </w:r>
    <w:r>
      <w:rPr>
        <w:color w:val="6E6E6E"/>
        <w:sz w:val="16"/>
      </w:rPr>
      <w:t>근로자</w:t>
    </w:r>
    <w:r>
      <w:rPr>
        <w:color w:val="6E6E6E"/>
        <w:sz w:val="16"/>
      </w:rPr>
      <w:t xml:space="preserve"> </w:t>
    </w:r>
    <w:r>
      <w:rPr>
        <w:color w:val="6E6E6E"/>
        <w:sz w:val="16"/>
      </w:rPr>
      <w:t>각</w:t>
    </w:r>
    <w:r>
      <w:rPr>
        <w:color w:val="6E6E6E"/>
        <w:sz w:val="16"/>
      </w:rPr>
      <w:t xml:space="preserve"> 1</w:t>
    </w:r>
    <w:r>
      <w:rPr>
        <w:color w:val="6E6E6E"/>
        <w:sz w:val="16"/>
      </w:rPr>
      <w:t>부</w:t>
    </w:r>
    <w:r>
      <w:rPr>
        <w:color w:val="6E6E6E"/>
        <w:sz w:val="16"/>
      </w:rPr>
      <w:t xml:space="preserve"> </w:t>
    </w:r>
    <w:r>
      <w:rPr>
        <w:color w:val="6E6E6E"/>
        <w:sz w:val="16"/>
      </w:rPr>
      <w:t>보관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92B2AF" w14:textId="77777777" w:rsidR="00DC1078" w:rsidRDefault="00DC1078">
      <w:pPr>
        <w:spacing w:after="0" w:line="240" w:lineRule="auto"/>
      </w:pPr>
      <w:r>
        <w:separator/>
      </w:r>
    </w:p>
  </w:footnote>
  <w:footnote w:type="continuationSeparator" w:id="0">
    <w:p w14:paraId="17D8A9CD" w14:textId="77777777" w:rsidR="00DC1078" w:rsidRDefault="00DC10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95855"/>
    <w:rsid w:val="00CB0664"/>
    <w:rsid w:val="00DC1078"/>
    <w:rsid w:val="00E0758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F766C05"/>
  <w14:defaultImageDpi w14:val="300"/>
  <w15:docId w15:val="{6F095730-366B-4B98-A96F-A3853C118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맑은 고딕" w:eastAsia="맑은 고딕" w:hAnsi="맑은 고딕"/>
      <w:sz w:val="19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43E78"/>
      <w:sz w:val="26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43E78"/>
      <w:spacing w:val="5"/>
      <w:kern w:val="28"/>
      <w:sz w:val="48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408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근로계약서 양식</dc:title>
  <dc:subject>한글(HWP)에서 편집 가능한 근로계약서 양식</dc:subject>
  <dc:creator>OpenAI</dc:creator>
  <cp:keywords>근로계약서 양식, 근로계약서 무료, 근로계약서 다운로드, 근로계약서 작성법</cp:keywords>
  <dc:description>generated by python-docx</dc:description>
  <cp:lastModifiedBy>hyo sung</cp:lastModifiedBy>
  <cp:revision>2</cp:revision>
  <dcterms:created xsi:type="dcterms:W3CDTF">2026-07-30T07:33:00Z</dcterms:created>
  <dcterms:modified xsi:type="dcterms:W3CDTF">2026-07-30T07:33:00Z</dcterms:modified>
  <cp:category/>
</cp:coreProperties>
</file>